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jpeg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34C273" w14:textId="77777777" w:rsidR="00575B77" w:rsidRDefault="00AE6306">
      <w:pPr>
        <w:pStyle w:val="Heading1"/>
      </w:pPr>
      <w:r>
        <w:t>Primary Health Care (PHC) - 30 Comprehensive MCQs with Answers</w:t>
      </w:r>
    </w:p>
    <w:p w14:paraId="7F146F2B" w14:textId="77777777" w:rsidR="00575B77" w:rsidRDefault="00AE6306">
      <w:r>
        <w:t>1. PHC stands for:</w:t>
      </w:r>
    </w:p>
    <w:p w14:paraId="4DF9CA11" w14:textId="77777777" w:rsidR="00575B77" w:rsidRDefault="00AE6306">
      <w:r>
        <w:t xml:space="preserve">   A) Primary Health Care</w:t>
      </w:r>
    </w:p>
    <w:p w14:paraId="02C9DB5A" w14:textId="77777777" w:rsidR="00575B77" w:rsidRDefault="00AE6306">
      <w:r>
        <w:t xml:space="preserve">   B) Public Health Center</w:t>
      </w:r>
    </w:p>
    <w:p w14:paraId="14F0B1C3" w14:textId="77777777" w:rsidR="00575B77" w:rsidRDefault="00AE6306">
      <w:r>
        <w:t xml:space="preserve">   C) Primary Hospital Care</w:t>
      </w:r>
    </w:p>
    <w:p w14:paraId="70E043CE" w14:textId="77777777" w:rsidR="00575B77" w:rsidRDefault="00AE6306">
      <w:r>
        <w:t xml:space="preserve">   D) Public Hospital Care</w:t>
      </w:r>
    </w:p>
    <w:p w14:paraId="66962EFE" w14:textId="77777777" w:rsidR="00575B77" w:rsidRDefault="00AE6306">
      <w:r>
        <w:t>✓</w:t>
      </w:r>
      <w:r>
        <w:t xml:space="preserve"> Answer: A) Primary Health Care</w:t>
      </w:r>
    </w:p>
    <w:p w14:paraId="2A95BB8A" w14:textId="77777777" w:rsidR="00575B77" w:rsidRDefault="00575B77"/>
    <w:p w14:paraId="4D485AE0" w14:textId="77777777" w:rsidR="00575B77" w:rsidRDefault="00AE6306">
      <w:r>
        <w:t>2. PHC aims to ensure:</w:t>
      </w:r>
    </w:p>
    <w:p w14:paraId="6BD310A0" w14:textId="77777777" w:rsidR="00575B77" w:rsidRDefault="00AE6306">
      <w:r>
        <w:t xml:space="preserve">   A) Only treatment</w:t>
      </w:r>
    </w:p>
    <w:p w14:paraId="1B31AE62" w14:textId="77777777" w:rsidR="00575B77" w:rsidRDefault="00AE6306">
      <w:r>
        <w:t xml:space="preserve">   B) Highest possible level of health and wellbeing</w:t>
      </w:r>
    </w:p>
    <w:p w14:paraId="5BFB9A6D" w14:textId="77777777" w:rsidR="00575B77" w:rsidRDefault="00AE6306">
      <w:r>
        <w:t xml:space="preserve">   C) Hospital expansion only</w:t>
      </w:r>
    </w:p>
    <w:p w14:paraId="5E60239C" w14:textId="77777777" w:rsidR="00575B77" w:rsidRDefault="00AE6306">
      <w:r>
        <w:t xml:space="preserve">   D) Private healthcare</w:t>
      </w:r>
    </w:p>
    <w:p w14:paraId="2942F39C" w14:textId="77777777" w:rsidR="00575B77" w:rsidRDefault="00AE6306">
      <w:r>
        <w:t>✓</w:t>
      </w:r>
      <w:r>
        <w:t xml:space="preserve"> Answer: B) Highest possible level of health and wellbeing</w:t>
      </w:r>
    </w:p>
    <w:p w14:paraId="08887CA5" w14:textId="77777777" w:rsidR="00575B77" w:rsidRDefault="00575B77"/>
    <w:p w14:paraId="772278AA" w14:textId="77777777" w:rsidR="00575B77" w:rsidRDefault="00AE6306">
      <w:r>
        <w:t>3. PHC is based on:</w:t>
      </w:r>
    </w:p>
    <w:p w14:paraId="007C10D7" w14:textId="77777777" w:rsidR="00575B77" w:rsidRDefault="00AE6306">
      <w:r>
        <w:t xml:space="preserve">   A) Social justice and equity</w:t>
      </w:r>
    </w:p>
    <w:p w14:paraId="329EBDFB" w14:textId="77777777" w:rsidR="00575B77" w:rsidRDefault="00AE6306">
      <w:r>
        <w:t xml:space="preserve">   B) Profit</w:t>
      </w:r>
    </w:p>
    <w:p w14:paraId="0EEB10AB" w14:textId="77777777" w:rsidR="00575B77" w:rsidRDefault="00AE6306">
      <w:r>
        <w:t xml:space="preserve">   C) Technology only</w:t>
      </w:r>
    </w:p>
    <w:p w14:paraId="6AEB1DDD" w14:textId="77777777" w:rsidR="00575B77" w:rsidRDefault="00AE6306">
      <w:r>
        <w:t xml:space="preserve">   D) Specialized care</w:t>
      </w:r>
    </w:p>
    <w:p w14:paraId="58E59025" w14:textId="77777777" w:rsidR="00575B77" w:rsidRDefault="00AE6306">
      <w:r>
        <w:t>✓</w:t>
      </w:r>
      <w:r>
        <w:t xml:space="preserve"> Answer: A) Social justice and equity</w:t>
      </w:r>
    </w:p>
    <w:p w14:paraId="79D7D067" w14:textId="77777777" w:rsidR="00575B77" w:rsidRDefault="00575B77"/>
    <w:p w14:paraId="6762EE03" w14:textId="77777777" w:rsidR="00575B77" w:rsidRDefault="00AE6306">
      <w:r>
        <w:t>4. PHC is the _____ level of contact with the health system.</w:t>
      </w:r>
    </w:p>
    <w:p w14:paraId="5951C6D3" w14:textId="77777777" w:rsidR="00575B77" w:rsidRDefault="00AE6306">
      <w:r>
        <w:t xml:space="preserve">   A) Second</w:t>
      </w:r>
    </w:p>
    <w:p w14:paraId="31456F69" w14:textId="77777777" w:rsidR="00575B77" w:rsidRDefault="00AE6306">
      <w:r>
        <w:t xml:space="preserve">   B) Third</w:t>
      </w:r>
    </w:p>
    <w:p w14:paraId="4FCFD20E" w14:textId="77777777" w:rsidR="00575B77" w:rsidRDefault="00AE6306">
      <w:r>
        <w:lastRenderedPageBreak/>
        <w:t xml:space="preserve">   C) First</w:t>
      </w:r>
    </w:p>
    <w:p w14:paraId="72BA44CA" w14:textId="77777777" w:rsidR="00575B77" w:rsidRDefault="00AE6306">
      <w:r>
        <w:t xml:space="preserve">   D) Last</w:t>
      </w:r>
    </w:p>
    <w:p w14:paraId="6EEDF430" w14:textId="77777777" w:rsidR="00575B77" w:rsidRDefault="00AE6306">
      <w:r>
        <w:t>✓</w:t>
      </w:r>
      <w:r>
        <w:t xml:space="preserve"> Answer: C) First</w:t>
      </w:r>
    </w:p>
    <w:p w14:paraId="39BDCA8D" w14:textId="77777777" w:rsidR="00575B77" w:rsidRDefault="00575B77"/>
    <w:p w14:paraId="41105977" w14:textId="77777777" w:rsidR="00575B77" w:rsidRDefault="00AE6306">
      <w:r>
        <w:t>5. Primary healthcare is mainly provided by:</w:t>
      </w:r>
    </w:p>
    <w:p w14:paraId="2B4506B2" w14:textId="77777777" w:rsidR="00575B77" w:rsidRDefault="00AE6306">
      <w:r>
        <w:t xml:space="preserve">   A) District hospitals</w:t>
      </w:r>
    </w:p>
    <w:p w14:paraId="121E93B0" w14:textId="77777777" w:rsidR="00575B77" w:rsidRDefault="00AE6306">
      <w:r>
        <w:t xml:space="preserve">   B) Primary health centers</w:t>
      </w:r>
    </w:p>
    <w:p w14:paraId="3A14832E" w14:textId="77777777" w:rsidR="00575B77" w:rsidRDefault="00AE6306">
      <w:r>
        <w:t xml:space="preserve">   C) Teaching hospitals</w:t>
      </w:r>
    </w:p>
    <w:p w14:paraId="3FF9570D" w14:textId="77777777" w:rsidR="00575B77" w:rsidRDefault="00AE6306">
      <w:r>
        <w:t xml:space="preserve">   D) NGOs only</w:t>
      </w:r>
    </w:p>
    <w:p w14:paraId="5B8D514E" w14:textId="77777777" w:rsidR="00575B77" w:rsidRDefault="00AE6306">
      <w:r>
        <w:t>✓</w:t>
      </w:r>
      <w:r>
        <w:t xml:space="preserve"> Answer: B) Primary health centers</w:t>
      </w:r>
    </w:p>
    <w:p w14:paraId="57751765" w14:textId="77777777" w:rsidR="00575B77" w:rsidRDefault="00575B77"/>
    <w:p w14:paraId="420F5369" w14:textId="77777777" w:rsidR="00575B77" w:rsidRDefault="00AE6306">
      <w:r>
        <w:t>6. Secondary healthcare is provided by:</w:t>
      </w:r>
    </w:p>
    <w:p w14:paraId="60FFB530" w14:textId="77777777" w:rsidR="00575B77" w:rsidRDefault="00AE6306">
      <w:r>
        <w:t xml:space="preserve">   A) District hospitals</w:t>
      </w:r>
    </w:p>
    <w:p w14:paraId="4CD6EEAB" w14:textId="77777777" w:rsidR="00575B77" w:rsidRDefault="00AE6306">
      <w:r>
        <w:t xml:space="preserve">   B) Clinics</w:t>
      </w:r>
    </w:p>
    <w:p w14:paraId="6C8EF61A" w14:textId="77777777" w:rsidR="00575B77" w:rsidRDefault="00AE6306">
      <w:r>
        <w:t xml:space="preserve">   C) Homes</w:t>
      </w:r>
    </w:p>
    <w:p w14:paraId="4384376F" w14:textId="77777777" w:rsidR="00575B77" w:rsidRDefault="00AE6306">
      <w:r>
        <w:t xml:space="preserve">   D) Universities</w:t>
      </w:r>
    </w:p>
    <w:p w14:paraId="424F7E0F" w14:textId="77777777" w:rsidR="00575B77" w:rsidRDefault="00AE6306">
      <w:r>
        <w:t>✓</w:t>
      </w:r>
      <w:r>
        <w:t xml:space="preserve"> Answer: A) District hospitals</w:t>
      </w:r>
    </w:p>
    <w:p w14:paraId="7EA3CC07" w14:textId="77777777" w:rsidR="00575B77" w:rsidRDefault="00575B77"/>
    <w:p w14:paraId="6CD72CCA" w14:textId="77777777" w:rsidR="00575B77" w:rsidRDefault="00AE6306">
      <w:r>
        <w:t>7. Tertiary healthcare offers:</w:t>
      </w:r>
    </w:p>
    <w:p w14:paraId="15DE3227" w14:textId="77777777" w:rsidR="00575B77" w:rsidRDefault="00AE6306">
      <w:r>
        <w:t xml:space="preserve">   A) Basic care</w:t>
      </w:r>
    </w:p>
    <w:p w14:paraId="0836C3E2" w14:textId="77777777" w:rsidR="00575B77" w:rsidRDefault="00AE6306">
      <w:r>
        <w:t xml:space="preserve">   B) Preventive care only</w:t>
      </w:r>
    </w:p>
    <w:p w14:paraId="3805740B" w14:textId="77777777" w:rsidR="00575B77" w:rsidRDefault="00AE6306">
      <w:r>
        <w:t xml:space="preserve">   C) Super-specialist care</w:t>
      </w:r>
    </w:p>
    <w:p w14:paraId="444193A7" w14:textId="77777777" w:rsidR="00575B77" w:rsidRDefault="00AE6306">
      <w:r>
        <w:t xml:space="preserve">   D) Vaccination only</w:t>
      </w:r>
    </w:p>
    <w:p w14:paraId="22CA365A" w14:textId="77777777" w:rsidR="00575B77" w:rsidRDefault="00AE6306">
      <w:r>
        <w:t>✓</w:t>
      </w:r>
      <w:r>
        <w:t xml:space="preserve"> Answer: C) Super-specialist care</w:t>
      </w:r>
    </w:p>
    <w:p w14:paraId="4293D584" w14:textId="77777777" w:rsidR="00575B77" w:rsidRDefault="00575B77"/>
    <w:p w14:paraId="3C72F2FC" w14:textId="77777777" w:rsidR="00575B77" w:rsidRDefault="00AE6306">
      <w:r>
        <w:t>8. Jordan University Hospital is an example of:</w:t>
      </w:r>
    </w:p>
    <w:p w14:paraId="20E072B5" w14:textId="77777777" w:rsidR="00575B77" w:rsidRDefault="00AE6306">
      <w:r>
        <w:lastRenderedPageBreak/>
        <w:t xml:space="preserve">   A) Primary care</w:t>
      </w:r>
    </w:p>
    <w:p w14:paraId="5D9D5654" w14:textId="77777777" w:rsidR="00575B77" w:rsidRDefault="00AE6306">
      <w:r>
        <w:t xml:space="preserve">   B) Secondary care</w:t>
      </w:r>
    </w:p>
    <w:p w14:paraId="7805C6C7" w14:textId="77777777" w:rsidR="00575B77" w:rsidRDefault="00AE6306">
      <w:r>
        <w:t xml:space="preserve">   C) Tertiary care</w:t>
      </w:r>
    </w:p>
    <w:p w14:paraId="10A7C093" w14:textId="77777777" w:rsidR="00575B77" w:rsidRDefault="00AE6306">
      <w:r>
        <w:t xml:space="preserve">   D) Home care</w:t>
      </w:r>
    </w:p>
    <w:p w14:paraId="0E9379AF" w14:textId="77777777" w:rsidR="00575B77" w:rsidRDefault="00AE6306">
      <w:r>
        <w:t>✓</w:t>
      </w:r>
      <w:r>
        <w:t xml:space="preserve"> Answer: C) Tertiary care</w:t>
      </w:r>
    </w:p>
    <w:p w14:paraId="4AAFDD7B" w14:textId="77777777" w:rsidR="00575B77" w:rsidRDefault="00575B77"/>
    <w:p w14:paraId="57D08648" w14:textId="77777777" w:rsidR="00575B77" w:rsidRDefault="00AE6306">
      <w:r>
        <w:t>9. Which is NOT a PHC principle?</w:t>
      </w:r>
    </w:p>
    <w:p w14:paraId="75BC66BF" w14:textId="77777777" w:rsidR="00575B77" w:rsidRDefault="00AE6306">
      <w:r>
        <w:t xml:space="preserve">   A) Accessibility</w:t>
      </w:r>
    </w:p>
    <w:p w14:paraId="57BEB17C" w14:textId="77777777" w:rsidR="00575B77" w:rsidRDefault="00AE6306">
      <w:r>
        <w:t xml:space="preserve">   B) Public participation</w:t>
      </w:r>
    </w:p>
    <w:p w14:paraId="49ABC4E1" w14:textId="77777777" w:rsidR="00575B77" w:rsidRDefault="00AE6306">
      <w:r>
        <w:t xml:space="preserve">   C) Luxury care</w:t>
      </w:r>
    </w:p>
    <w:p w14:paraId="5DACB59E" w14:textId="77777777" w:rsidR="00575B77" w:rsidRDefault="00AE6306">
      <w:r>
        <w:t xml:space="preserve">   D) Health promotion</w:t>
      </w:r>
    </w:p>
    <w:p w14:paraId="45C04BFC" w14:textId="77777777" w:rsidR="00575B77" w:rsidRDefault="00AE6306">
      <w:r>
        <w:t>✓</w:t>
      </w:r>
      <w:r>
        <w:t xml:space="preserve"> Answer: C) Luxury care</w:t>
      </w:r>
    </w:p>
    <w:p w14:paraId="7D2FD75D" w14:textId="77777777" w:rsidR="00575B77" w:rsidRDefault="00575B77"/>
    <w:p w14:paraId="2F65FC4E" w14:textId="77777777" w:rsidR="00575B77" w:rsidRDefault="00AE6306">
      <w:r>
        <w:t>10. Accessibility means:</w:t>
      </w:r>
    </w:p>
    <w:p w14:paraId="768CF700" w14:textId="77777777" w:rsidR="00575B77" w:rsidRDefault="00AE6306">
      <w:r>
        <w:t xml:space="preserve">   A) Easy to reach services</w:t>
      </w:r>
    </w:p>
    <w:p w14:paraId="18ECC3D2" w14:textId="77777777" w:rsidR="00575B77" w:rsidRDefault="00AE6306">
      <w:r>
        <w:t xml:space="preserve">   B) Cheap services</w:t>
      </w:r>
    </w:p>
    <w:p w14:paraId="4E211CB0" w14:textId="77777777" w:rsidR="00575B77" w:rsidRDefault="00AE6306">
      <w:r>
        <w:t xml:space="preserve">   C) Specialized services</w:t>
      </w:r>
    </w:p>
    <w:p w14:paraId="67567E20" w14:textId="77777777" w:rsidR="00575B77" w:rsidRDefault="00AE6306">
      <w:r>
        <w:t xml:space="preserve">   D) Private services</w:t>
      </w:r>
    </w:p>
    <w:p w14:paraId="7C318AEE" w14:textId="77777777" w:rsidR="00575B77" w:rsidRDefault="00AE6306">
      <w:r>
        <w:t>✓</w:t>
      </w:r>
      <w:r>
        <w:t xml:space="preserve"> Answer: A) Easy to reach services</w:t>
      </w:r>
    </w:p>
    <w:p w14:paraId="13ABCF97" w14:textId="77777777" w:rsidR="00575B77" w:rsidRDefault="00575B77"/>
    <w:p w14:paraId="41478263" w14:textId="77777777" w:rsidR="00575B77" w:rsidRDefault="00AE6306">
      <w:r>
        <w:t>11. Affordability means:</w:t>
      </w:r>
    </w:p>
    <w:p w14:paraId="6F61E215" w14:textId="77777777" w:rsidR="00575B77" w:rsidRDefault="00AE6306">
      <w:r>
        <w:t xml:space="preserve">   A) Easy access</w:t>
      </w:r>
    </w:p>
    <w:p w14:paraId="192B42D5" w14:textId="77777777" w:rsidR="00575B77" w:rsidRDefault="00AE6306">
      <w:r>
        <w:t xml:space="preserve">   B) Low cost</w:t>
      </w:r>
    </w:p>
    <w:p w14:paraId="2BAF9AF4" w14:textId="77777777" w:rsidR="00575B77" w:rsidRDefault="00AE6306">
      <w:r>
        <w:t xml:space="preserve">   C) Quality control</w:t>
      </w:r>
    </w:p>
    <w:p w14:paraId="0AD8579D" w14:textId="77777777" w:rsidR="00575B77" w:rsidRDefault="00AE6306">
      <w:r>
        <w:t xml:space="preserve">   D) Community participation</w:t>
      </w:r>
    </w:p>
    <w:p w14:paraId="28A5D4C3" w14:textId="77777777" w:rsidR="00575B77" w:rsidRDefault="00AE6306">
      <w:r>
        <w:t>✓</w:t>
      </w:r>
      <w:r>
        <w:t xml:space="preserve"> Answer: B) Low cost</w:t>
      </w:r>
    </w:p>
    <w:p w14:paraId="7CE0158D" w14:textId="77777777" w:rsidR="00575B77" w:rsidRDefault="00575B77"/>
    <w:p w14:paraId="3BA7C4D3" w14:textId="77777777" w:rsidR="00575B77" w:rsidRDefault="00AE6306">
      <w:r>
        <w:t>12. Intersectoral collaboration means cooperation between:</w:t>
      </w:r>
    </w:p>
    <w:p w14:paraId="2E369D35" w14:textId="77777777" w:rsidR="00575B77" w:rsidRDefault="00AE6306">
      <w:r>
        <w:t xml:space="preserve">   A) Doctors only</w:t>
      </w:r>
    </w:p>
    <w:p w14:paraId="0039C9D5" w14:textId="77777777" w:rsidR="00575B77" w:rsidRDefault="00AE6306">
      <w:r>
        <w:t xml:space="preserve">   B) Hospitals only</w:t>
      </w:r>
    </w:p>
    <w:p w14:paraId="4400A01C" w14:textId="77777777" w:rsidR="00575B77" w:rsidRDefault="00AE6306">
      <w:r>
        <w:t xml:space="preserve">   C) Different sectors affecting health</w:t>
      </w:r>
    </w:p>
    <w:p w14:paraId="670B20B2" w14:textId="77777777" w:rsidR="00575B77" w:rsidRDefault="00AE6306">
      <w:r>
        <w:t xml:space="preserve">   D) Private companies only</w:t>
      </w:r>
    </w:p>
    <w:p w14:paraId="30F242AD" w14:textId="77777777" w:rsidR="00575B77" w:rsidRDefault="00AE6306">
      <w:r>
        <w:t>✓</w:t>
      </w:r>
      <w:r>
        <w:t xml:space="preserve"> Answer: C) Different sectors affecting health</w:t>
      </w:r>
    </w:p>
    <w:p w14:paraId="58F4C3E8" w14:textId="77777777" w:rsidR="00575B77" w:rsidRDefault="00575B77"/>
    <w:p w14:paraId="410C8C0C" w14:textId="77777777" w:rsidR="00575B77" w:rsidRDefault="00AE6306">
      <w:r>
        <w:t>13. Equitable distribution refers to:</w:t>
      </w:r>
    </w:p>
    <w:p w14:paraId="1965905D" w14:textId="77777777" w:rsidR="00575B77" w:rsidRDefault="00AE6306">
      <w:r>
        <w:t xml:space="preserve">   A) Equal salaries</w:t>
      </w:r>
    </w:p>
    <w:p w14:paraId="685FF7C1" w14:textId="77777777" w:rsidR="00575B77" w:rsidRDefault="00AE6306">
      <w:r>
        <w:t xml:space="preserve">   B) Fair distribution of health services</w:t>
      </w:r>
    </w:p>
    <w:p w14:paraId="44B09B41" w14:textId="77777777" w:rsidR="00575B77" w:rsidRDefault="00AE6306">
      <w:r>
        <w:t xml:space="preserve">   C) Free hospitals</w:t>
      </w:r>
    </w:p>
    <w:p w14:paraId="4640D4EB" w14:textId="77777777" w:rsidR="00575B77" w:rsidRDefault="00AE6306">
      <w:r>
        <w:t xml:space="preserve">   D) Equal population</w:t>
      </w:r>
    </w:p>
    <w:p w14:paraId="40352013" w14:textId="77777777" w:rsidR="00575B77" w:rsidRDefault="00AE6306">
      <w:r>
        <w:t>✓</w:t>
      </w:r>
      <w:r>
        <w:t xml:space="preserve"> Answer: B) Fair distribution of health services</w:t>
      </w:r>
    </w:p>
    <w:p w14:paraId="511C5789" w14:textId="77777777" w:rsidR="00575B77" w:rsidRDefault="00575B77"/>
    <w:p w14:paraId="47570C6B" w14:textId="77777777" w:rsidR="00575B77" w:rsidRDefault="00AE6306">
      <w:r>
        <w:t>14. Which is a basic element of PHC?</w:t>
      </w:r>
    </w:p>
    <w:p w14:paraId="7184430E" w14:textId="77777777" w:rsidR="00575B77" w:rsidRDefault="00AE6306">
      <w:r>
        <w:t xml:space="preserve">   A) Health education</w:t>
      </w:r>
    </w:p>
    <w:p w14:paraId="7A0D5649" w14:textId="77777777" w:rsidR="00575B77" w:rsidRDefault="00AE6306">
      <w:r>
        <w:t xml:space="preserve">   B) Heart transplant</w:t>
      </w:r>
    </w:p>
    <w:p w14:paraId="6CB4256E" w14:textId="77777777" w:rsidR="00575B77" w:rsidRDefault="00AE6306">
      <w:r>
        <w:t xml:space="preserve">   C) Neurosurgery</w:t>
      </w:r>
    </w:p>
    <w:p w14:paraId="560CD0FD" w14:textId="77777777" w:rsidR="00575B77" w:rsidRDefault="00AE6306">
      <w:r>
        <w:t xml:space="preserve">   D) Dialysis</w:t>
      </w:r>
    </w:p>
    <w:p w14:paraId="44BA66A2" w14:textId="77777777" w:rsidR="00575B77" w:rsidRDefault="00AE6306">
      <w:r>
        <w:t>✓</w:t>
      </w:r>
      <w:r>
        <w:t xml:space="preserve"> Answer: A) Health education</w:t>
      </w:r>
    </w:p>
    <w:p w14:paraId="3E001DD5" w14:textId="77777777" w:rsidR="00575B77" w:rsidRDefault="00575B77"/>
    <w:p w14:paraId="25854B13" w14:textId="77777777" w:rsidR="00575B77" w:rsidRDefault="00AE6306">
      <w:r>
        <w:t>15. Promotion of proper nutrition is a:</w:t>
      </w:r>
    </w:p>
    <w:p w14:paraId="059DD173" w14:textId="77777777" w:rsidR="00575B77" w:rsidRDefault="00AE6306">
      <w:r>
        <w:t xml:space="preserve">   A) Basic PHC element</w:t>
      </w:r>
    </w:p>
    <w:p w14:paraId="1278EF70" w14:textId="77777777" w:rsidR="00575B77" w:rsidRDefault="00AE6306">
      <w:r>
        <w:t xml:space="preserve">   B) Hospital service</w:t>
      </w:r>
    </w:p>
    <w:p w14:paraId="44865A2E" w14:textId="77777777" w:rsidR="00575B77" w:rsidRDefault="00AE6306">
      <w:r>
        <w:t xml:space="preserve">   C) Tertiary service</w:t>
      </w:r>
    </w:p>
    <w:p w14:paraId="713E5CEB" w14:textId="77777777" w:rsidR="00575B77" w:rsidRDefault="00AE6306">
      <w:r>
        <w:lastRenderedPageBreak/>
        <w:t xml:space="preserve">   D) Research activity</w:t>
      </w:r>
    </w:p>
    <w:p w14:paraId="007F84C8" w14:textId="77777777" w:rsidR="00575B77" w:rsidRDefault="00AE6306">
      <w:r>
        <w:t>✓</w:t>
      </w:r>
      <w:r>
        <w:t xml:space="preserve"> Answer: A) Basic PHC element</w:t>
      </w:r>
    </w:p>
    <w:p w14:paraId="3715A53A" w14:textId="77777777" w:rsidR="00575B77" w:rsidRDefault="00575B77"/>
    <w:p w14:paraId="5470813B" w14:textId="77777777" w:rsidR="00575B77" w:rsidRDefault="00AE6306">
      <w:r>
        <w:t>16. Safe water and sanitation help prevent:</w:t>
      </w:r>
    </w:p>
    <w:p w14:paraId="7B1A8D98" w14:textId="77777777" w:rsidR="00575B77" w:rsidRDefault="00AE6306">
      <w:r>
        <w:t xml:space="preserve">   A) Water-borne diseases</w:t>
      </w:r>
    </w:p>
    <w:p w14:paraId="44B70644" w14:textId="77777777" w:rsidR="00575B77" w:rsidRDefault="00AE6306">
      <w:r>
        <w:t xml:space="preserve">   B) Genetic diseases</w:t>
      </w:r>
    </w:p>
    <w:p w14:paraId="3C7836E5" w14:textId="77777777" w:rsidR="00575B77" w:rsidRDefault="00AE6306">
      <w:r>
        <w:t xml:space="preserve">   C) Cancer</w:t>
      </w:r>
    </w:p>
    <w:p w14:paraId="6ADEC103" w14:textId="77777777" w:rsidR="00575B77" w:rsidRDefault="00AE6306">
      <w:r>
        <w:t xml:space="preserve">   D) Trauma</w:t>
      </w:r>
    </w:p>
    <w:p w14:paraId="7E9F776A" w14:textId="77777777" w:rsidR="00575B77" w:rsidRDefault="00AE6306">
      <w:r>
        <w:t>✓</w:t>
      </w:r>
      <w:r>
        <w:t xml:space="preserve"> Answer: A) Water-borne diseases</w:t>
      </w:r>
    </w:p>
    <w:p w14:paraId="46B509EE" w14:textId="77777777" w:rsidR="00575B77" w:rsidRDefault="00575B77"/>
    <w:p w14:paraId="2A4AC302" w14:textId="77777777" w:rsidR="00575B77" w:rsidRDefault="00AE6306">
      <w:r>
        <w:t>17. Family planning is included under:</w:t>
      </w:r>
    </w:p>
    <w:p w14:paraId="1127EB83" w14:textId="77777777" w:rsidR="00575B77" w:rsidRDefault="00AE6306">
      <w:r>
        <w:t xml:space="preserve">   A) Maternal and child health</w:t>
      </w:r>
    </w:p>
    <w:p w14:paraId="4382B484" w14:textId="77777777" w:rsidR="00575B77" w:rsidRDefault="00AE6306">
      <w:r>
        <w:t xml:space="preserve">   B) Nutrition</w:t>
      </w:r>
    </w:p>
    <w:p w14:paraId="08540113" w14:textId="77777777" w:rsidR="00575B77" w:rsidRDefault="00AE6306">
      <w:r>
        <w:t xml:space="preserve">   C) Technology</w:t>
      </w:r>
    </w:p>
    <w:p w14:paraId="19B9F691" w14:textId="77777777" w:rsidR="00575B77" w:rsidRDefault="00AE6306">
      <w:r>
        <w:t xml:space="preserve">   D) Surgery</w:t>
      </w:r>
    </w:p>
    <w:p w14:paraId="0E34E927" w14:textId="77777777" w:rsidR="00575B77" w:rsidRDefault="00AE6306">
      <w:r>
        <w:t>✓</w:t>
      </w:r>
      <w:r>
        <w:t xml:space="preserve"> Answer: A) Maternal and child health</w:t>
      </w:r>
    </w:p>
    <w:p w14:paraId="1EE133CB" w14:textId="77777777" w:rsidR="00575B77" w:rsidRDefault="00575B77"/>
    <w:p w14:paraId="408CB62F" w14:textId="77777777" w:rsidR="00575B77" w:rsidRDefault="00AE6306">
      <w:r>
        <w:t>18. Immunization is aimed at:</w:t>
      </w:r>
    </w:p>
    <w:p w14:paraId="7135EED4" w14:textId="77777777" w:rsidR="00575B77" w:rsidRDefault="00AE6306">
      <w:r>
        <w:t xml:space="preserve">   A) Treatment</w:t>
      </w:r>
    </w:p>
    <w:p w14:paraId="3D183F57" w14:textId="77777777" w:rsidR="00575B77" w:rsidRDefault="00AE6306">
      <w:r>
        <w:t xml:space="preserve">   B) Prevention</w:t>
      </w:r>
    </w:p>
    <w:p w14:paraId="6642BDE7" w14:textId="77777777" w:rsidR="00575B77" w:rsidRDefault="00AE6306">
      <w:r>
        <w:t xml:space="preserve">   C) Rehabilitation</w:t>
      </w:r>
    </w:p>
    <w:p w14:paraId="297C23D5" w14:textId="77777777" w:rsidR="00575B77" w:rsidRDefault="00AE6306">
      <w:r>
        <w:t xml:space="preserve">   D) Research</w:t>
      </w:r>
    </w:p>
    <w:p w14:paraId="1A775ED9" w14:textId="77777777" w:rsidR="00575B77" w:rsidRDefault="00AE6306">
      <w:r>
        <w:t>✓</w:t>
      </w:r>
      <w:r>
        <w:t xml:space="preserve"> Answer: B) Prevention</w:t>
      </w:r>
    </w:p>
    <w:p w14:paraId="707E74B5" w14:textId="77777777" w:rsidR="00575B77" w:rsidRDefault="00575B77"/>
    <w:p w14:paraId="3E5047B4" w14:textId="77777777" w:rsidR="00575B77" w:rsidRDefault="00AE6306">
      <w:r>
        <w:t>19. Providing essential drugs is part of:</w:t>
      </w:r>
    </w:p>
    <w:p w14:paraId="28DB9949" w14:textId="77777777" w:rsidR="00575B77" w:rsidRDefault="00AE6306">
      <w:r>
        <w:t xml:space="preserve">   A) PHC</w:t>
      </w:r>
    </w:p>
    <w:p w14:paraId="0B9457A5" w14:textId="77777777" w:rsidR="00575B77" w:rsidRDefault="00AE6306">
      <w:r>
        <w:lastRenderedPageBreak/>
        <w:t xml:space="preserve">   B) Tertiary care</w:t>
      </w:r>
    </w:p>
    <w:p w14:paraId="54F30B6A" w14:textId="77777777" w:rsidR="00575B77" w:rsidRDefault="00AE6306">
      <w:r>
        <w:t xml:space="preserve">   C) Private care</w:t>
      </w:r>
    </w:p>
    <w:p w14:paraId="0B09BD60" w14:textId="77777777" w:rsidR="00575B77" w:rsidRDefault="00AE6306">
      <w:r>
        <w:t xml:space="preserve">   D) Surgery</w:t>
      </w:r>
    </w:p>
    <w:p w14:paraId="0FB2B384" w14:textId="77777777" w:rsidR="00575B77" w:rsidRDefault="00AE6306">
      <w:r>
        <w:t>✓</w:t>
      </w:r>
      <w:r>
        <w:t xml:space="preserve"> Answer: A) PHC</w:t>
      </w:r>
    </w:p>
    <w:p w14:paraId="559D85CD" w14:textId="77777777" w:rsidR="00575B77" w:rsidRDefault="00575B77"/>
    <w:p w14:paraId="1722E1D1" w14:textId="77777777" w:rsidR="00575B77" w:rsidRDefault="00AE6306">
      <w:r>
        <w:t>20. An extended element of PHC is:</w:t>
      </w:r>
    </w:p>
    <w:p w14:paraId="303DC852" w14:textId="77777777" w:rsidR="00575B77" w:rsidRDefault="00AE6306">
      <w:r>
        <w:t xml:space="preserve">   A) Food safety</w:t>
      </w:r>
    </w:p>
    <w:p w14:paraId="4D3AD0DF" w14:textId="77777777" w:rsidR="00575B77" w:rsidRDefault="00AE6306">
      <w:r>
        <w:t xml:space="preserve">   B) Transplantation</w:t>
      </w:r>
    </w:p>
    <w:p w14:paraId="646BE81B" w14:textId="77777777" w:rsidR="00575B77" w:rsidRDefault="00AE6306">
      <w:r>
        <w:t xml:space="preserve">   C) Radiotherapy</w:t>
      </w:r>
    </w:p>
    <w:p w14:paraId="1AB43FA2" w14:textId="77777777" w:rsidR="00575B77" w:rsidRDefault="00AE6306">
      <w:r>
        <w:t xml:space="preserve">   D) Cardiac surgery</w:t>
      </w:r>
    </w:p>
    <w:p w14:paraId="0FF9EBF1" w14:textId="77777777" w:rsidR="00575B77" w:rsidRDefault="00AE6306">
      <w:r>
        <w:t>✓</w:t>
      </w:r>
      <w:r>
        <w:t xml:space="preserve"> Answer: A) Food safety</w:t>
      </w:r>
    </w:p>
    <w:p w14:paraId="01DD37F9" w14:textId="77777777" w:rsidR="00575B77" w:rsidRDefault="00575B77"/>
    <w:p w14:paraId="1EB90082" w14:textId="77777777" w:rsidR="00575B77" w:rsidRDefault="00AE6306">
      <w:r>
        <w:t>21. The Alma-Ata Conference was held in:</w:t>
      </w:r>
    </w:p>
    <w:p w14:paraId="3A5545C9" w14:textId="77777777" w:rsidR="00575B77" w:rsidRDefault="00AE6306">
      <w:r>
        <w:t xml:space="preserve">   A) 1968</w:t>
      </w:r>
    </w:p>
    <w:p w14:paraId="7462F03B" w14:textId="77777777" w:rsidR="00575B77" w:rsidRDefault="00AE6306">
      <w:r>
        <w:t xml:space="preserve">   B) 1978</w:t>
      </w:r>
    </w:p>
    <w:p w14:paraId="12A6FAD4" w14:textId="77777777" w:rsidR="00575B77" w:rsidRDefault="00AE6306">
      <w:r>
        <w:t xml:space="preserve">   C) 1988</w:t>
      </w:r>
    </w:p>
    <w:p w14:paraId="2AF14001" w14:textId="77777777" w:rsidR="00575B77" w:rsidRDefault="00AE6306">
      <w:r>
        <w:t xml:space="preserve">   D) 1998</w:t>
      </w:r>
    </w:p>
    <w:p w14:paraId="0431278E" w14:textId="77777777" w:rsidR="00575B77" w:rsidRDefault="00AE6306">
      <w:r>
        <w:t>✓</w:t>
      </w:r>
      <w:r>
        <w:t xml:space="preserve"> Answer: B) 1978</w:t>
      </w:r>
    </w:p>
    <w:p w14:paraId="6CC7271C" w14:textId="77777777" w:rsidR="00575B77" w:rsidRDefault="00575B77"/>
    <w:p w14:paraId="2F3443AD" w14:textId="77777777" w:rsidR="00575B77" w:rsidRDefault="00AE6306">
      <w:r>
        <w:t>22. Alma-Ata was organized by:</w:t>
      </w:r>
    </w:p>
    <w:p w14:paraId="031509E9" w14:textId="77777777" w:rsidR="00575B77" w:rsidRDefault="00AE6306">
      <w:r>
        <w:t xml:space="preserve">   A) WHO and UNICEF</w:t>
      </w:r>
    </w:p>
    <w:p w14:paraId="5929DCC0" w14:textId="77777777" w:rsidR="00575B77" w:rsidRDefault="00AE6306">
      <w:r>
        <w:t xml:space="preserve">   B) WHO and UNESCO</w:t>
      </w:r>
    </w:p>
    <w:p w14:paraId="360698EE" w14:textId="77777777" w:rsidR="00575B77" w:rsidRDefault="00AE6306">
      <w:r>
        <w:t xml:space="preserve">   C) UNICEF only</w:t>
      </w:r>
    </w:p>
    <w:p w14:paraId="3625B183" w14:textId="77777777" w:rsidR="00575B77" w:rsidRDefault="00AE6306">
      <w:r>
        <w:t xml:space="preserve">   D) UNESCO only</w:t>
      </w:r>
    </w:p>
    <w:p w14:paraId="5F17BA44" w14:textId="77777777" w:rsidR="00575B77" w:rsidRDefault="00AE6306">
      <w:r>
        <w:t>✓</w:t>
      </w:r>
      <w:r>
        <w:t xml:space="preserve"> Answer: A) WHO and UNICEF</w:t>
      </w:r>
    </w:p>
    <w:p w14:paraId="2C51AE14" w14:textId="77777777" w:rsidR="00575B77" w:rsidRDefault="00575B77"/>
    <w:p w14:paraId="548FF3E8" w14:textId="77777777" w:rsidR="00575B77" w:rsidRDefault="00AE6306">
      <w:r>
        <w:lastRenderedPageBreak/>
        <w:t>23. The goal of Alma-Ata was:</w:t>
      </w:r>
    </w:p>
    <w:p w14:paraId="318CDF6D" w14:textId="77777777" w:rsidR="00575B77" w:rsidRDefault="00AE6306">
      <w:r>
        <w:t xml:space="preserve">   A) Health for All by 2000</w:t>
      </w:r>
    </w:p>
    <w:p w14:paraId="046431C4" w14:textId="77777777" w:rsidR="00575B77" w:rsidRDefault="00AE6306">
      <w:r>
        <w:t xml:space="preserve">   B) Hospitals for All</w:t>
      </w:r>
    </w:p>
    <w:p w14:paraId="12D5E587" w14:textId="77777777" w:rsidR="00575B77" w:rsidRDefault="00AE6306">
      <w:r>
        <w:t xml:space="preserve">   C) Vaccines for All</w:t>
      </w:r>
    </w:p>
    <w:p w14:paraId="32D31DCC" w14:textId="77777777" w:rsidR="00575B77" w:rsidRDefault="00AE6306">
      <w:r>
        <w:t xml:space="preserve">   D) Doctors for All</w:t>
      </w:r>
    </w:p>
    <w:p w14:paraId="682AE5F6" w14:textId="77777777" w:rsidR="00575B77" w:rsidRDefault="00AE6306">
      <w:r>
        <w:t>✓</w:t>
      </w:r>
      <w:r>
        <w:t xml:space="preserve"> Answer: A) Health for All by 2000</w:t>
      </w:r>
    </w:p>
    <w:p w14:paraId="50C4F9D0" w14:textId="77777777" w:rsidR="00575B77" w:rsidRDefault="00575B77"/>
    <w:p w14:paraId="2FB08C89" w14:textId="77777777" w:rsidR="00575B77" w:rsidRDefault="00AE6306">
      <w:r>
        <w:t>24. A major principle of Alma-Ata is:</w:t>
      </w:r>
    </w:p>
    <w:p w14:paraId="230C33CC" w14:textId="77777777" w:rsidR="00575B77" w:rsidRDefault="00AE6306">
      <w:r>
        <w:t xml:space="preserve">   A) Equity</w:t>
      </w:r>
    </w:p>
    <w:p w14:paraId="262BCC4A" w14:textId="77777777" w:rsidR="00575B77" w:rsidRDefault="00AE6306">
      <w:r>
        <w:t xml:space="preserve">   B) Privatization</w:t>
      </w:r>
    </w:p>
    <w:p w14:paraId="7948E8AE" w14:textId="77777777" w:rsidR="00575B77" w:rsidRDefault="00AE6306">
      <w:r>
        <w:t xml:space="preserve">   C) Centralization</w:t>
      </w:r>
    </w:p>
    <w:p w14:paraId="7D134515" w14:textId="77777777" w:rsidR="00575B77" w:rsidRDefault="00AE6306">
      <w:r>
        <w:t xml:space="preserve">   D) Competition</w:t>
      </w:r>
    </w:p>
    <w:p w14:paraId="674E29CB" w14:textId="77777777" w:rsidR="00575B77" w:rsidRDefault="00AE6306">
      <w:r>
        <w:t>✓</w:t>
      </w:r>
      <w:r>
        <w:t xml:space="preserve"> Answer: A) Equity</w:t>
      </w:r>
    </w:p>
    <w:p w14:paraId="3CA631A1" w14:textId="77777777" w:rsidR="00575B77" w:rsidRDefault="00575B77"/>
    <w:p w14:paraId="4ECAC202" w14:textId="77777777" w:rsidR="00575B77" w:rsidRDefault="00AE6306">
      <w:r>
        <w:t>25. Participation in Alma-Ata refers to:</w:t>
      </w:r>
    </w:p>
    <w:p w14:paraId="53819C5E" w14:textId="77777777" w:rsidR="00575B77" w:rsidRDefault="00AE6306">
      <w:r>
        <w:t xml:space="preserve">   A) Community involvement</w:t>
      </w:r>
    </w:p>
    <w:p w14:paraId="2E58B397" w14:textId="77777777" w:rsidR="00575B77" w:rsidRDefault="00AE6306">
      <w:r>
        <w:t xml:space="preserve">   B) Government only</w:t>
      </w:r>
    </w:p>
    <w:p w14:paraId="1BEE81D9" w14:textId="77777777" w:rsidR="00575B77" w:rsidRDefault="00AE6306">
      <w:r>
        <w:t xml:space="preserve">   C) Doctors only</w:t>
      </w:r>
    </w:p>
    <w:p w14:paraId="27F81B14" w14:textId="77777777" w:rsidR="00575B77" w:rsidRDefault="00AE6306">
      <w:r>
        <w:t xml:space="preserve">   D) Private sector only</w:t>
      </w:r>
    </w:p>
    <w:p w14:paraId="74339F69" w14:textId="77777777" w:rsidR="00575B77" w:rsidRDefault="00AE6306">
      <w:r>
        <w:t>✓</w:t>
      </w:r>
      <w:r>
        <w:t xml:space="preserve"> Answer: A) Community involvement</w:t>
      </w:r>
    </w:p>
    <w:p w14:paraId="7B77747B" w14:textId="77777777" w:rsidR="00575B77" w:rsidRDefault="00575B77"/>
    <w:p w14:paraId="30BC7DC2" w14:textId="77777777" w:rsidR="00575B77" w:rsidRDefault="00AE6306">
      <w:r>
        <w:t>26. Comprehensive PHC defines health as:</w:t>
      </w:r>
    </w:p>
    <w:p w14:paraId="4A3144AE" w14:textId="77777777" w:rsidR="00575B77" w:rsidRDefault="00AE6306">
      <w:r>
        <w:t xml:space="preserve">   A) Absence of disease</w:t>
      </w:r>
    </w:p>
    <w:p w14:paraId="5F24B2CE" w14:textId="77777777" w:rsidR="00575B77" w:rsidRDefault="00AE6306">
      <w:r>
        <w:t xml:space="preserve">   B) Complete physical, mental and social wellbeing</w:t>
      </w:r>
    </w:p>
    <w:p w14:paraId="1DEC82BF" w14:textId="77777777" w:rsidR="00575B77" w:rsidRDefault="00AE6306">
      <w:r>
        <w:t xml:space="preserve">   C) Physical wellbeing only</w:t>
      </w:r>
    </w:p>
    <w:p w14:paraId="1560A12C" w14:textId="77777777" w:rsidR="00575B77" w:rsidRDefault="00AE6306">
      <w:r>
        <w:t xml:space="preserve">   D) No disability</w:t>
      </w:r>
    </w:p>
    <w:p w14:paraId="3713C8E9" w14:textId="77777777" w:rsidR="00575B77" w:rsidRDefault="00AE6306">
      <w:r>
        <w:lastRenderedPageBreak/>
        <w:t>✓</w:t>
      </w:r>
      <w:r>
        <w:t xml:space="preserve"> Answer: B) Complete physical, mental and social wellbeing</w:t>
      </w:r>
    </w:p>
    <w:p w14:paraId="0D0F67C4" w14:textId="77777777" w:rsidR="00575B77" w:rsidRDefault="00575B77"/>
    <w:p w14:paraId="230C8ADE" w14:textId="77777777" w:rsidR="00575B77" w:rsidRDefault="00AE6306">
      <w:r>
        <w:t>27. Which is a component of comprehensive PHC?</w:t>
      </w:r>
    </w:p>
    <w:p w14:paraId="3338371F" w14:textId="77777777" w:rsidR="00575B77" w:rsidRDefault="00AE6306">
      <w:r>
        <w:t xml:space="preserve">   A) Integrated health services</w:t>
      </w:r>
    </w:p>
    <w:p w14:paraId="0EA77D40" w14:textId="77777777" w:rsidR="00575B77" w:rsidRDefault="00AE6306">
      <w:r>
        <w:t xml:space="preserve">   B) Luxury hospitals</w:t>
      </w:r>
    </w:p>
    <w:p w14:paraId="4A7CC3AF" w14:textId="77777777" w:rsidR="00575B77" w:rsidRDefault="00AE6306">
      <w:r>
        <w:t xml:space="preserve">   C) Private insurance</w:t>
      </w:r>
    </w:p>
    <w:p w14:paraId="2F6BFCB2" w14:textId="77777777" w:rsidR="00575B77" w:rsidRDefault="00AE6306">
      <w:r>
        <w:t xml:space="preserve">   D) Medical tourism</w:t>
      </w:r>
    </w:p>
    <w:p w14:paraId="5CCA169F" w14:textId="77777777" w:rsidR="00575B77" w:rsidRDefault="00AE6306">
      <w:r>
        <w:t>✓</w:t>
      </w:r>
      <w:r>
        <w:t xml:space="preserve"> Answer: A) Integrated health services</w:t>
      </w:r>
    </w:p>
    <w:p w14:paraId="4FD2C96C" w14:textId="77777777" w:rsidR="00575B77" w:rsidRDefault="00575B77"/>
    <w:p w14:paraId="64861125" w14:textId="77777777" w:rsidR="00575B77" w:rsidRDefault="00AE6306">
      <w:r>
        <w:t>28. Social determinants of health include:</w:t>
      </w:r>
    </w:p>
    <w:p w14:paraId="064C9B47" w14:textId="77777777" w:rsidR="00575B77" w:rsidRDefault="00AE6306">
      <w:r>
        <w:t xml:space="preserve">   A) Housing, education and income</w:t>
      </w:r>
    </w:p>
    <w:p w14:paraId="43ED964F" w14:textId="77777777" w:rsidR="00575B77" w:rsidRDefault="00AE6306">
      <w:r>
        <w:t xml:space="preserve">   B) Genes only</w:t>
      </w:r>
    </w:p>
    <w:p w14:paraId="0CAC324A" w14:textId="77777777" w:rsidR="00575B77" w:rsidRDefault="00AE6306">
      <w:r>
        <w:t xml:space="preserve">   C) Medicines only</w:t>
      </w:r>
    </w:p>
    <w:p w14:paraId="4511EF57" w14:textId="77777777" w:rsidR="00575B77" w:rsidRDefault="00AE6306">
      <w:r>
        <w:t xml:space="preserve">   D) Hospitals only</w:t>
      </w:r>
    </w:p>
    <w:p w14:paraId="5C17A7C2" w14:textId="77777777" w:rsidR="00575B77" w:rsidRDefault="00AE6306">
      <w:r>
        <w:t>✓</w:t>
      </w:r>
      <w:r>
        <w:t xml:space="preserve"> Answer: A) Housing, education and income</w:t>
      </w:r>
    </w:p>
    <w:p w14:paraId="128B9E70" w14:textId="77777777" w:rsidR="00575B77" w:rsidRDefault="00575B77"/>
    <w:p w14:paraId="1149E3D1" w14:textId="77777777" w:rsidR="00575B77" w:rsidRDefault="00AE6306">
      <w:r>
        <w:t>29. The medical model views health as:</w:t>
      </w:r>
    </w:p>
    <w:p w14:paraId="5AB57415" w14:textId="77777777" w:rsidR="00575B77" w:rsidRDefault="00AE6306">
      <w:r>
        <w:t xml:space="preserve">   A) Positive wellbeing</w:t>
      </w:r>
    </w:p>
    <w:p w14:paraId="7E333B71" w14:textId="77777777" w:rsidR="00575B77" w:rsidRDefault="00AE6306">
      <w:r>
        <w:t xml:space="preserve">   B) Absence of disease</w:t>
      </w:r>
    </w:p>
    <w:p w14:paraId="0E7C5AE2" w14:textId="77777777" w:rsidR="00575B77" w:rsidRDefault="00AE6306">
      <w:r>
        <w:t xml:space="preserve">   C) Community empowerment</w:t>
      </w:r>
    </w:p>
    <w:p w14:paraId="53B75B1B" w14:textId="77777777" w:rsidR="00575B77" w:rsidRDefault="00AE6306">
      <w:r>
        <w:t xml:space="preserve">   D) Social justice</w:t>
      </w:r>
    </w:p>
    <w:p w14:paraId="3C2EEDD4" w14:textId="77777777" w:rsidR="00575B77" w:rsidRDefault="00AE6306">
      <w:r>
        <w:t>✓</w:t>
      </w:r>
      <w:r>
        <w:t xml:space="preserve"> Answer: B) Absence of disease</w:t>
      </w:r>
    </w:p>
    <w:p w14:paraId="6F66C1BE" w14:textId="77777777" w:rsidR="00575B77" w:rsidRDefault="00575B77"/>
    <w:p w14:paraId="54238D29" w14:textId="77777777" w:rsidR="00575B77" w:rsidRDefault="00AE6306">
      <w:r>
        <w:t>30. One reason for slow progress toward Health for All is:</w:t>
      </w:r>
    </w:p>
    <w:p w14:paraId="72EB3063" w14:textId="77777777" w:rsidR="00575B77" w:rsidRDefault="00AE6306">
      <w:r>
        <w:t xml:space="preserve">   A) Unbalanced distribution of resources</w:t>
      </w:r>
    </w:p>
    <w:p w14:paraId="43AC45A5" w14:textId="77777777" w:rsidR="00575B77" w:rsidRDefault="00AE6306">
      <w:r>
        <w:t xml:space="preserve">   B) Strong PHC systems</w:t>
      </w:r>
    </w:p>
    <w:p w14:paraId="42F89233" w14:textId="77777777" w:rsidR="00575B77" w:rsidRDefault="00AE6306">
      <w:r>
        <w:lastRenderedPageBreak/>
        <w:t xml:space="preserve">   C) Adequate funding</w:t>
      </w:r>
    </w:p>
    <w:p w14:paraId="550D7E66" w14:textId="77777777" w:rsidR="00575B77" w:rsidRDefault="00AE6306">
      <w:r>
        <w:t xml:space="preserve">   D) Excellent sanitation</w:t>
      </w:r>
    </w:p>
    <w:p w14:paraId="01B70106" w14:textId="77777777" w:rsidR="00575B77" w:rsidRDefault="00AE6306">
      <w:r>
        <w:t>✓</w:t>
      </w:r>
      <w:r>
        <w:t xml:space="preserve"> Answer: A) Unbalanced distribution of resources</w:t>
      </w:r>
    </w:p>
    <w:p w14:paraId="64AF0138" w14:textId="77777777" w:rsidR="00575B77" w:rsidRDefault="00575B77"/>
    <w:sectPr w:rsidR="00575B7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48325659">
    <w:abstractNumId w:val="8"/>
  </w:num>
  <w:num w:numId="2" w16cid:durableId="1855728345">
    <w:abstractNumId w:val="6"/>
  </w:num>
  <w:num w:numId="3" w16cid:durableId="1341739794">
    <w:abstractNumId w:val="5"/>
  </w:num>
  <w:num w:numId="4" w16cid:durableId="2061127258">
    <w:abstractNumId w:val="4"/>
  </w:num>
  <w:num w:numId="5" w16cid:durableId="1873035359">
    <w:abstractNumId w:val="7"/>
  </w:num>
  <w:num w:numId="6" w16cid:durableId="193806407">
    <w:abstractNumId w:val="3"/>
  </w:num>
  <w:num w:numId="7" w16cid:durableId="1763405976">
    <w:abstractNumId w:val="2"/>
  </w:num>
  <w:num w:numId="8" w16cid:durableId="565342244">
    <w:abstractNumId w:val="1"/>
  </w:num>
  <w:num w:numId="9" w16cid:durableId="12205080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2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75B77"/>
    <w:rsid w:val="006078A8"/>
    <w:rsid w:val="00AA1D8D"/>
    <w:rsid w:val="00AE6306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EF32583"/>
  <w14:defaultImageDpi w14:val="300"/>
  <w15:docId w15:val="{ADB2146A-ADDF-D84C-821D-F0E8713A2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736</Words>
  <Characters>4198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4925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LUJAIN MOHAMMAD AZZAM AL QADI</cp:lastModifiedBy>
  <cp:revision>2</cp:revision>
  <dcterms:created xsi:type="dcterms:W3CDTF">2026-06-09T08:47:00Z</dcterms:created>
  <dcterms:modified xsi:type="dcterms:W3CDTF">2026-06-09T08:47:00Z</dcterms:modified>
  <cp:category/>
</cp:coreProperties>
</file>