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DF837" w14:textId="77777777" w:rsidR="00834ACE" w:rsidRDefault="0036510D">
      <w:pPr>
        <w:pStyle w:val="Title"/>
      </w:pPr>
      <w:r>
        <w:t>HIV/AIDS Lecture - 28 Hard MCQs</w:t>
      </w:r>
    </w:p>
    <w:p w14:paraId="0BF81E5D" w14:textId="77777777" w:rsidR="00834ACE" w:rsidRDefault="0036510D">
      <w:r>
        <w:t>1. Immune function in HIV patients is typically measured using:</w:t>
      </w:r>
    </w:p>
    <w:p w14:paraId="48B19B18" w14:textId="77777777" w:rsidR="00834ACE" w:rsidRDefault="0036510D">
      <w:r>
        <w:t>A) CD8 count</w:t>
      </w:r>
    </w:p>
    <w:p w14:paraId="6097C23B" w14:textId="77777777" w:rsidR="00834ACE" w:rsidRDefault="0036510D">
      <w:r>
        <w:t>B) Viral load</w:t>
      </w:r>
    </w:p>
    <w:p w14:paraId="39033B75" w14:textId="77777777" w:rsidR="00834ACE" w:rsidRDefault="0036510D">
      <w:r>
        <w:t>C) CD4 count</w:t>
      </w:r>
    </w:p>
    <w:p w14:paraId="4C0CD22B" w14:textId="77777777" w:rsidR="00834ACE" w:rsidRDefault="0036510D">
      <w:r>
        <w:t>D) WBC count</w:t>
      </w:r>
    </w:p>
    <w:p w14:paraId="22E78D38" w14:textId="77777777" w:rsidR="00834ACE" w:rsidRDefault="0036510D">
      <w:r>
        <w:t>Answer: C</w:t>
      </w:r>
    </w:p>
    <w:p w14:paraId="28216FC4" w14:textId="77777777" w:rsidR="00834ACE" w:rsidRDefault="00834ACE"/>
    <w:p w14:paraId="25C9848D" w14:textId="77777777" w:rsidR="00834ACE" w:rsidRDefault="0036510D">
      <w:r>
        <w:t>2. AIDS is defined as:</w:t>
      </w:r>
    </w:p>
    <w:p w14:paraId="3EEEE09A" w14:textId="77777777" w:rsidR="00834ACE" w:rsidRDefault="0036510D">
      <w:r>
        <w:t>A) Early HIV infection</w:t>
      </w:r>
    </w:p>
    <w:p w14:paraId="6D2B4371" w14:textId="77777777" w:rsidR="00834ACE" w:rsidRDefault="0036510D">
      <w:r>
        <w:t>B) A bacterial disease</w:t>
      </w:r>
    </w:p>
    <w:p w14:paraId="2FC73B8A" w14:textId="77777777" w:rsidR="00834ACE" w:rsidRDefault="0036510D">
      <w:r>
        <w:t>C) The most advanced stage of HIV infection</w:t>
      </w:r>
    </w:p>
    <w:p w14:paraId="0943EFC8" w14:textId="77777777" w:rsidR="00834ACE" w:rsidRDefault="0036510D">
      <w:r>
        <w:t>D) A type of cancer</w:t>
      </w:r>
    </w:p>
    <w:p w14:paraId="0E528C8C" w14:textId="77777777" w:rsidR="00834ACE" w:rsidRDefault="0036510D">
      <w:r>
        <w:t>Answer: C</w:t>
      </w:r>
    </w:p>
    <w:p w14:paraId="0FE695E1" w14:textId="77777777" w:rsidR="00834ACE" w:rsidRDefault="00834ACE"/>
    <w:p w14:paraId="1C108300" w14:textId="77777777" w:rsidR="00834ACE" w:rsidRDefault="0036510D">
      <w:r>
        <w:t>3. Progression from HIV infection to AIDS may take:</w:t>
      </w:r>
    </w:p>
    <w:p w14:paraId="407E5B8F" w14:textId="77777777" w:rsidR="00834ACE" w:rsidRDefault="0036510D">
      <w:r>
        <w:t>A) 1–6 months</w:t>
      </w:r>
    </w:p>
    <w:p w14:paraId="4A8B5E81" w14:textId="77777777" w:rsidR="00834ACE" w:rsidRDefault="0036510D">
      <w:r>
        <w:t>B) 2–15 years</w:t>
      </w:r>
    </w:p>
    <w:p w14:paraId="5FB567BC" w14:textId="77777777" w:rsidR="00834ACE" w:rsidRDefault="0036510D">
      <w:r>
        <w:t>C) 20–30 years</w:t>
      </w:r>
    </w:p>
    <w:p w14:paraId="4D596E37" w14:textId="77777777" w:rsidR="00834ACE" w:rsidRDefault="0036510D">
      <w:r>
        <w:t>D) Exactly 10 years</w:t>
      </w:r>
    </w:p>
    <w:p w14:paraId="7AE6026D" w14:textId="77777777" w:rsidR="00834ACE" w:rsidRDefault="0036510D">
      <w:r>
        <w:t>Answer: B</w:t>
      </w:r>
    </w:p>
    <w:p w14:paraId="64F8169E" w14:textId="77777777" w:rsidR="00834ACE" w:rsidRDefault="00834ACE"/>
    <w:p w14:paraId="1C889161" w14:textId="77777777" w:rsidR="00834ACE" w:rsidRDefault="0036510D">
      <w:r>
        <w:t>4. During the first few months of infection, HIV patients are generally:</w:t>
      </w:r>
    </w:p>
    <w:p w14:paraId="3E3DF1E2" w14:textId="77777777" w:rsidR="00834ACE" w:rsidRDefault="0036510D">
      <w:r>
        <w:t>A) Noninfectious</w:t>
      </w:r>
    </w:p>
    <w:p w14:paraId="6975350E" w14:textId="77777777" w:rsidR="00834ACE" w:rsidRDefault="0036510D">
      <w:r>
        <w:t>B) Most infectious</w:t>
      </w:r>
    </w:p>
    <w:p w14:paraId="50813EA4" w14:textId="77777777" w:rsidR="00834ACE" w:rsidRDefault="0036510D">
      <w:r>
        <w:lastRenderedPageBreak/>
        <w:t>C) Fully immune</w:t>
      </w:r>
    </w:p>
    <w:p w14:paraId="094CEA48" w14:textId="77777777" w:rsidR="00834ACE" w:rsidRDefault="0036510D">
      <w:r>
        <w:t>D) Virus-free</w:t>
      </w:r>
    </w:p>
    <w:p w14:paraId="66C47152" w14:textId="77777777" w:rsidR="00834ACE" w:rsidRDefault="0036510D">
      <w:r>
        <w:t>Answer: B</w:t>
      </w:r>
    </w:p>
    <w:p w14:paraId="193C343A" w14:textId="77777777" w:rsidR="00834ACE" w:rsidRDefault="00834ACE"/>
    <w:p w14:paraId="35AC5BF4" w14:textId="77777777" w:rsidR="00834ACE" w:rsidRDefault="0036510D">
      <w:r>
        <w:t>5. Which symptom is characteristic of early influenza-like HIV illness?</w:t>
      </w:r>
    </w:p>
    <w:p w14:paraId="30507309" w14:textId="77777777" w:rsidR="00834ACE" w:rsidRDefault="0036510D">
      <w:r>
        <w:t>A) Hypertension</w:t>
      </w:r>
    </w:p>
    <w:p w14:paraId="195A007B" w14:textId="77777777" w:rsidR="00834ACE" w:rsidRDefault="0036510D">
      <w:r>
        <w:t>B) Rash</w:t>
      </w:r>
    </w:p>
    <w:p w14:paraId="2CD12ADA" w14:textId="77777777" w:rsidR="00834ACE" w:rsidRDefault="0036510D">
      <w:r>
        <w:t>C) Jaundice</w:t>
      </w:r>
    </w:p>
    <w:p w14:paraId="6F65C190" w14:textId="77777777" w:rsidR="00834ACE" w:rsidRDefault="0036510D">
      <w:r>
        <w:t>D) Hematuria</w:t>
      </w:r>
    </w:p>
    <w:p w14:paraId="2DBF9F62" w14:textId="77777777" w:rsidR="00834ACE" w:rsidRDefault="0036510D">
      <w:r>
        <w:t>Answer: B</w:t>
      </w:r>
    </w:p>
    <w:p w14:paraId="2B524600" w14:textId="77777777" w:rsidR="00834ACE" w:rsidRDefault="00834ACE"/>
    <w:p w14:paraId="0E5427D9" w14:textId="77777777" w:rsidR="00834ACE" w:rsidRDefault="0036510D">
      <w:r>
        <w:t>6. Which of the following is associated with advanced HIV infection?</w:t>
      </w:r>
    </w:p>
    <w:p w14:paraId="4D896C00" w14:textId="77777777" w:rsidR="00834ACE" w:rsidRDefault="0036510D">
      <w:r>
        <w:t>A) Weight loss</w:t>
      </w:r>
    </w:p>
    <w:p w14:paraId="2C01105F" w14:textId="77777777" w:rsidR="00834ACE" w:rsidRDefault="0036510D">
      <w:r>
        <w:t>B) Cryptococcal meningitis</w:t>
      </w:r>
    </w:p>
    <w:p w14:paraId="3FDDD438" w14:textId="77777777" w:rsidR="00834ACE" w:rsidRDefault="0036510D">
      <w:r>
        <w:t>C) Tuberculosis</w:t>
      </w:r>
    </w:p>
    <w:p w14:paraId="3C233BAA" w14:textId="77777777" w:rsidR="00834ACE" w:rsidRDefault="0036510D">
      <w:r>
        <w:t>D) All of the above</w:t>
      </w:r>
    </w:p>
    <w:p w14:paraId="2EB4C200" w14:textId="77777777" w:rsidR="00834ACE" w:rsidRDefault="0036510D">
      <w:r>
        <w:t>Answer: D</w:t>
      </w:r>
    </w:p>
    <w:p w14:paraId="67833A49" w14:textId="77777777" w:rsidR="00834ACE" w:rsidRDefault="00834ACE"/>
    <w:p w14:paraId="305FFCE1" w14:textId="77777777" w:rsidR="00834ACE" w:rsidRDefault="0036510D">
      <w:r>
        <w:t>7. HIV can be transmitted through:</w:t>
      </w:r>
    </w:p>
    <w:p w14:paraId="6D750EF7" w14:textId="77777777" w:rsidR="00834ACE" w:rsidRDefault="0036510D">
      <w:r>
        <w:t>A) Blood</w:t>
      </w:r>
    </w:p>
    <w:p w14:paraId="3ECC01A8" w14:textId="77777777" w:rsidR="00834ACE" w:rsidRDefault="0036510D">
      <w:r>
        <w:t>B) Breast milk</w:t>
      </w:r>
    </w:p>
    <w:p w14:paraId="33686179" w14:textId="77777777" w:rsidR="00834ACE" w:rsidRDefault="0036510D">
      <w:r>
        <w:t>C) Semen</w:t>
      </w:r>
    </w:p>
    <w:p w14:paraId="467037D2" w14:textId="77777777" w:rsidR="00834ACE" w:rsidRDefault="0036510D">
      <w:r>
        <w:t>D) All of the above</w:t>
      </w:r>
    </w:p>
    <w:p w14:paraId="5A1A5D76" w14:textId="77777777" w:rsidR="00834ACE" w:rsidRDefault="0036510D">
      <w:r>
        <w:t>Answer: D</w:t>
      </w:r>
    </w:p>
    <w:p w14:paraId="40806078" w14:textId="77777777" w:rsidR="00834ACE" w:rsidRDefault="00834ACE"/>
    <w:p w14:paraId="1801A4F4" w14:textId="77777777" w:rsidR="00834ACE" w:rsidRDefault="0036510D">
      <w:r>
        <w:t>8. Which of the following does NOT transmit HIV?</w:t>
      </w:r>
    </w:p>
    <w:p w14:paraId="1221D173" w14:textId="77777777" w:rsidR="00834ACE" w:rsidRDefault="0036510D">
      <w:r>
        <w:lastRenderedPageBreak/>
        <w:t>A) Contaminated blood</w:t>
      </w:r>
    </w:p>
    <w:p w14:paraId="366CF415" w14:textId="77777777" w:rsidR="00834ACE" w:rsidRDefault="0036510D">
      <w:r>
        <w:t>B) Breastfeeding</w:t>
      </w:r>
    </w:p>
    <w:p w14:paraId="0CDC922A" w14:textId="77777777" w:rsidR="00834ACE" w:rsidRDefault="0036510D">
      <w:r>
        <w:t>C) Handshaking</w:t>
      </w:r>
    </w:p>
    <w:p w14:paraId="04E00225" w14:textId="77777777" w:rsidR="00834ACE" w:rsidRDefault="0036510D">
      <w:r>
        <w:t>D) Needle sharing</w:t>
      </w:r>
    </w:p>
    <w:p w14:paraId="20BEF15A" w14:textId="77777777" w:rsidR="00834ACE" w:rsidRDefault="0036510D">
      <w:r>
        <w:t>Answer: C</w:t>
      </w:r>
    </w:p>
    <w:p w14:paraId="583DCE1B" w14:textId="77777777" w:rsidR="00834ACE" w:rsidRDefault="00834ACE"/>
    <w:p w14:paraId="5618B56D" w14:textId="77777777" w:rsidR="00834ACE" w:rsidRDefault="0036510D">
      <w:r>
        <w:t>9. Mother-to-child HIV transmission may occur during:</w:t>
      </w:r>
    </w:p>
    <w:p w14:paraId="0CF50BB7" w14:textId="77777777" w:rsidR="00834ACE" w:rsidRDefault="0036510D">
      <w:r>
        <w:t>A) Pregnancy</w:t>
      </w:r>
    </w:p>
    <w:p w14:paraId="2FCF1B49" w14:textId="77777777" w:rsidR="00834ACE" w:rsidRDefault="0036510D">
      <w:r>
        <w:t>B) Childbirth</w:t>
      </w:r>
    </w:p>
    <w:p w14:paraId="37569503" w14:textId="77777777" w:rsidR="00834ACE" w:rsidRDefault="0036510D">
      <w:r>
        <w:t>C) Breastfeeding</w:t>
      </w:r>
    </w:p>
    <w:p w14:paraId="0F9F7799" w14:textId="77777777" w:rsidR="00834ACE" w:rsidRDefault="0036510D">
      <w:r>
        <w:t>D) All of the above</w:t>
      </w:r>
    </w:p>
    <w:p w14:paraId="73BBE472" w14:textId="77777777" w:rsidR="00834ACE" w:rsidRDefault="0036510D">
      <w:r>
        <w:t>Answer: D</w:t>
      </w:r>
    </w:p>
    <w:p w14:paraId="0A37EEA4" w14:textId="77777777" w:rsidR="00834ACE" w:rsidRDefault="00834ACE"/>
    <w:p w14:paraId="1ECABB68" w14:textId="77777777" w:rsidR="00834ACE" w:rsidRDefault="0036510D">
      <w:r>
        <w:t>10. Which STI is listed as a risk factor for HIV acquisition?</w:t>
      </w:r>
    </w:p>
    <w:p w14:paraId="6284569A" w14:textId="77777777" w:rsidR="00834ACE" w:rsidRDefault="0036510D">
      <w:r>
        <w:t>A) Syphilis</w:t>
      </w:r>
    </w:p>
    <w:p w14:paraId="09FB3946" w14:textId="77777777" w:rsidR="00834ACE" w:rsidRDefault="0036510D">
      <w:r>
        <w:t>B) Herpes</w:t>
      </w:r>
    </w:p>
    <w:p w14:paraId="05D0F86B" w14:textId="77777777" w:rsidR="00834ACE" w:rsidRDefault="0036510D">
      <w:r>
        <w:t>C) Chlamydia</w:t>
      </w:r>
    </w:p>
    <w:p w14:paraId="3CD6C703" w14:textId="77777777" w:rsidR="00834ACE" w:rsidRDefault="0036510D">
      <w:r>
        <w:t>D) All of the above</w:t>
      </w:r>
    </w:p>
    <w:p w14:paraId="169D8307" w14:textId="77777777" w:rsidR="00834ACE" w:rsidRDefault="0036510D">
      <w:r>
        <w:t>Answer: D</w:t>
      </w:r>
    </w:p>
    <w:p w14:paraId="33B85B37" w14:textId="77777777" w:rsidR="00834ACE" w:rsidRDefault="00834ACE"/>
    <w:p w14:paraId="4290253F" w14:textId="77777777" w:rsidR="00834ACE" w:rsidRDefault="0036510D">
      <w:r>
        <w:t>11. Needle-stick injuries are particularly important among:</w:t>
      </w:r>
    </w:p>
    <w:p w14:paraId="2EF1BAAE" w14:textId="77777777" w:rsidR="00834ACE" w:rsidRDefault="0036510D">
      <w:r>
        <w:t>A) Teachers</w:t>
      </w:r>
    </w:p>
    <w:p w14:paraId="0A93620E" w14:textId="77777777" w:rsidR="00834ACE" w:rsidRDefault="0036510D">
      <w:r>
        <w:t>B) Engineers</w:t>
      </w:r>
    </w:p>
    <w:p w14:paraId="53257971" w14:textId="77777777" w:rsidR="00834ACE" w:rsidRDefault="0036510D">
      <w:r>
        <w:t>C) Health workers</w:t>
      </w:r>
    </w:p>
    <w:p w14:paraId="5FB0D365" w14:textId="77777777" w:rsidR="00834ACE" w:rsidRDefault="0036510D">
      <w:r>
        <w:t>D) Athletes</w:t>
      </w:r>
    </w:p>
    <w:p w14:paraId="1DAAA063" w14:textId="77777777" w:rsidR="00834ACE" w:rsidRDefault="0036510D">
      <w:r>
        <w:t>Answer: C</w:t>
      </w:r>
    </w:p>
    <w:p w14:paraId="35D7AF83" w14:textId="77777777" w:rsidR="00834ACE" w:rsidRDefault="00834ACE"/>
    <w:p w14:paraId="2E74FB40" w14:textId="77777777" w:rsidR="00834ACE" w:rsidRDefault="0036510D">
      <w:r>
        <w:t>12. Since the start of the epidemic, approximately how many people have been infected with HIV?</w:t>
      </w:r>
    </w:p>
    <w:p w14:paraId="58D784BD" w14:textId="77777777" w:rsidR="00834ACE" w:rsidRDefault="0036510D">
      <w:r>
        <w:t>A) 39 million</w:t>
      </w:r>
    </w:p>
    <w:p w14:paraId="5F0C333B" w14:textId="77777777" w:rsidR="00834ACE" w:rsidRDefault="0036510D">
      <w:r>
        <w:t>B) 85.6 million</w:t>
      </w:r>
    </w:p>
    <w:p w14:paraId="72163FD6" w14:textId="77777777" w:rsidR="00834ACE" w:rsidRDefault="0036510D">
      <w:r>
        <w:t>C) 40.4 million</w:t>
      </w:r>
    </w:p>
    <w:p w14:paraId="5A9BFA0A" w14:textId="77777777" w:rsidR="00834ACE" w:rsidRDefault="0036510D">
      <w:r>
        <w:t>D) 29.8 million</w:t>
      </w:r>
    </w:p>
    <w:p w14:paraId="2CD430DE" w14:textId="77777777" w:rsidR="00834ACE" w:rsidRDefault="0036510D">
      <w:r>
        <w:t>Answer: B</w:t>
      </w:r>
    </w:p>
    <w:p w14:paraId="63638951" w14:textId="77777777" w:rsidR="00834ACE" w:rsidRDefault="00834ACE"/>
    <w:p w14:paraId="7C97CC01" w14:textId="77777777" w:rsidR="00834ACE" w:rsidRDefault="0036510D">
      <w:r>
        <w:t>13. Since the start of the epidemic, approximately how many people have died from AIDS-related illnesses?</w:t>
      </w:r>
    </w:p>
    <w:p w14:paraId="667A2B90" w14:textId="77777777" w:rsidR="00834ACE" w:rsidRDefault="0036510D">
      <w:r>
        <w:t>A) 40.4 million</w:t>
      </w:r>
    </w:p>
    <w:p w14:paraId="77E60E0C" w14:textId="77777777" w:rsidR="00834ACE" w:rsidRDefault="0036510D">
      <w:r>
        <w:t>B) 85.6 million</w:t>
      </w:r>
    </w:p>
    <w:p w14:paraId="4FB5E14A" w14:textId="77777777" w:rsidR="00834ACE" w:rsidRDefault="0036510D">
      <w:r>
        <w:t>C) 1.3 million</w:t>
      </w:r>
    </w:p>
    <w:p w14:paraId="0F90A230" w14:textId="77777777" w:rsidR="00834ACE" w:rsidRDefault="0036510D">
      <w:r>
        <w:t>D) 630,000</w:t>
      </w:r>
    </w:p>
    <w:p w14:paraId="3AAAB7CC" w14:textId="77777777" w:rsidR="00834ACE" w:rsidRDefault="0036510D">
      <w:r>
        <w:t>Answer: A</w:t>
      </w:r>
    </w:p>
    <w:p w14:paraId="4259D4F7" w14:textId="77777777" w:rsidR="00834ACE" w:rsidRDefault="00834ACE"/>
    <w:p w14:paraId="0B4BE8FE" w14:textId="77777777" w:rsidR="00834ACE" w:rsidRDefault="0036510D">
      <w:r>
        <w:t>14. Globally, how many people were living with HIV in 2022?</w:t>
      </w:r>
    </w:p>
    <w:p w14:paraId="7A3602E8" w14:textId="77777777" w:rsidR="00834ACE" w:rsidRDefault="0036510D">
      <w:r>
        <w:t>A) 29.8 million</w:t>
      </w:r>
    </w:p>
    <w:p w14:paraId="051A65B0" w14:textId="77777777" w:rsidR="00834ACE" w:rsidRDefault="0036510D">
      <w:r>
        <w:t>B) 39.0 million</w:t>
      </w:r>
    </w:p>
    <w:p w14:paraId="60BBB786" w14:textId="77777777" w:rsidR="00834ACE" w:rsidRDefault="0036510D">
      <w:r>
        <w:t>C) 85.6 million</w:t>
      </w:r>
    </w:p>
    <w:p w14:paraId="1C7C7E6D" w14:textId="77777777" w:rsidR="00834ACE" w:rsidRDefault="0036510D">
      <w:r>
        <w:t>D) 37.5 million</w:t>
      </w:r>
    </w:p>
    <w:p w14:paraId="6F0AE0E7" w14:textId="77777777" w:rsidR="00834ACE" w:rsidRDefault="0036510D">
      <w:r>
        <w:t>Answer: B</w:t>
      </w:r>
    </w:p>
    <w:p w14:paraId="0F62FECC" w14:textId="77777777" w:rsidR="00834ACE" w:rsidRDefault="00834ACE"/>
    <w:p w14:paraId="63D59BC5" w14:textId="77777777" w:rsidR="00834ACE" w:rsidRDefault="0036510D">
      <w:r>
        <w:t>15. What percentage of people living with HIV in 2022 were women and girls?</w:t>
      </w:r>
    </w:p>
    <w:p w14:paraId="14C5AF3C" w14:textId="77777777" w:rsidR="00834ACE" w:rsidRDefault="0036510D">
      <w:r>
        <w:t>A) 47%</w:t>
      </w:r>
    </w:p>
    <w:p w14:paraId="7EE03C07" w14:textId="77777777" w:rsidR="00834ACE" w:rsidRDefault="0036510D">
      <w:r>
        <w:t>B) 50%</w:t>
      </w:r>
    </w:p>
    <w:p w14:paraId="7B6BD153" w14:textId="77777777" w:rsidR="00834ACE" w:rsidRDefault="0036510D">
      <w:r>
        <w:lastRenderedPageBreak/>
        <w:t>C) 53%</w:t>
      </w:r>
    </w:p>
    <w:p w14:paraId="724A55DC" w14:textId="77777777" w:rsidR="00834ACE" w:rsidRDefault="0036510D">
      <w:r>
        <w:t>D) 55%</w:t>
      </w:r>
    </w:p>
    <w:p w14:paraId="28CCCABD" w14:textId="77777777" w:rsidR="00834ACE" w:rsidRDefault="0036510D">
      <w:r>
        <w:t>Answer: C</w:t>
      </w:r>
    </w:p>
    <w:p w14:paraId="538A8B34" w14:textId="77777777" w:rsidR="00834ACE" w:rsidRDefault="00834ACE"/>
    <w:p w14:paraId="050B1BDE" w14:textId="77777777" w:rsidR="00834ACE" w:rsidRDefault="0036510D">
      <w:r>
        <w:t>16. How many people became newly infected with HIV in 2022?</w:t>
      </w:r>
    </w:p>
    <w:p w14:paraId="1638BC30" w14:textId="77777777" w:rsidR="00834ACE" w:rsidRDefault="0036510D">
      <w:r>
        <w:t>A) 630,000</w:t>
      </w:r>
    </w:p>
    <w:p w14:paraId="19983B2E" w14:textId="77777777" w:rsidR="00834ACE" w:rsidRDefault="0036510D">
      <w:r>
        <w:t>B) 39 million</w:t>
      </w:r>
    </w:p>
    <w:p w14:paraId="002320F7" w14:textId="77777777" w:rsidR="00834ACE" w:rsidRDefault="0036510D">
      <w:r>
        <w:t>C) 1.3 million</w:t>
      </w:r>
    </w:p>
    <w:p w14:paraId="5EB4619F" w14:textId="77777777" w:rsidR="00834ACE" w:rsidRDefault="0036510D">
      <w:r>
        <w:t>D) 29.8 million</w:t>
      </w:r>
    </w:p>
    <w:p w14:paraId="4911EBF3" w14:textId="77777777" w:rsidR="00834ACE" w:rsidRDefault="0036510D">
      <w:r>
        <w:t>Answer: C</w:t>
      </w:r>
    </w:p>
    <w:p w14:paraId="4F95B3AD" w14:textId="77777777" w:rsidR="00834ACE" w:rsidRDefault="00834ACE"/>
    <w:p w14:paraId="3D1ACAFD" w14:textId="77777777" w:rsidR="00834ACE" w:rsidRDefault="0036510D">
      <w:r>
        <w:t>17. How many people were accessing antiretroviral therapy in 2022?</w:t>
      </w:r>
    </w:p>
    <w:p w14:paraId="47EA2F44" w14:textId="77777777" w:rsidR="00834ACE" w:rsidRDefault="0036510D">
      <w:r>
        <w:t>A) 29.8 million</w:t>
      </w:r>
    </w:p>
    <w:p w14:paraId="7E2417FE" w14:textId="77777777" w:rsidR="00834ACE" w:rsidRDefault="0036510D">
      <w:r>
        <w:t>B) 37.5 million</w:t>
      </w:r>
    </w:p>
    <w:p w14:paraId="49B978BD" w14:textId="77777777" w:rsidR="00834ACE" w:rsidRDefault="0036510D">
      <w:r>
        <w:t>C) 39 million</w:t>
      </w:r>
    </w:p>
    <w:p w14:paraId="6B59C219" w14:textId="77777777" w:rsidR="00834ACE" w:rsidRDefault="0036510D">
      <w:r>
        <w:t>D) 1.5 million</w:t>
      </w:r>
    </w:p>
    <w:p w14:paraId="6D78384F" w14:textId="77777777" w:rsidR="00834ACE" w:rsidRDefault="0036510D">
      <w:r>
        <w:t>Answer: A</w:t>
      </w:r>
    </w:p>
    <w:p w14:paraId="381518E0" w14:textId="77777777" w:rsidR="00834ACE" w:rsidRDefault="00834ACE"/>
    <w:p w14:paraId="1C680BB0" w14:textId="77777777" w:rsidR="00834ACE" w:rsidRDefault="0036510D">
      <w:r>
        <w:t>18. The Sustainable Development Goals (SDGs) were adopted in:</w:t>
      </w:r>
    </w:p>
    <w:p w14:paraId="5E952F42" w14:textId="77777777" w:rsidR="00834ACE" w:rsidRDefault="0036510D">
      <w:r>
        <w:t>A) 2010</w:t>
      </w:r>
    </w:p>
    <w:p w14:paraId="1C42EC64" w14:textId="77777777" w:rsidR="00834ACE" w:rsidRDefault="0036510D">
      <w:r>
        <w:t>B) 2015</w:t>
      </w:r>
    </w:p>
    <w:p w14:paraId="4E738401" w14:textId="77777777" w:rsidR="00834ACE" w:rsidRDefault="0036510D">
      <w:r>
        <w:t>C) 2020</w:t>
      </w:r>
    </w:p>
    <w:p w14:paraId="409C05BC" w14:textId="77777777" w:rsidR="00834ACE" w:rsidRDefault="0036510D">
      <w:r>
        <w:t>D) 2025</w:t>
      </w:r>
    </w:p>
    <w:p w14:paraId="3C94E24D" w14:textId="77777777" w:rsidR="00834ACE" w:rsidRDefault="0036510D">
      <w:r>
        <w:t>Answer: B</w:t>
      </w:r>
    </w:p>
    <w:p w14:paraId="36BA781E" w14:textId="77777777" w:rsidR="00834ACE" w:rsidRDefault="00834ACE"/>
    <w:p w14:paraId="2A9EF011" w14:textId="77777777" w:rsidR="00834ACE" w:rsidRDefault="0036510D">
      <w:r>
        <w:t>19. The SDGs aim to end the AIDS epidemic by:</w:t>
      </w:r>
    </w:p>
    <w:p w14:paraId="2E6C757F" w14:textId="77777777" w:rsidR="00834ACE" w:rsidRDefault="0036510D">
      <w:r>
        <w:lastRenderedPageBreak/>
        <w:t>A) 2025</w:t>
      </w:r>
    </w:p>
    <w:p w14:paraId="11E46141" w14:textId="77777777" w:rsidR="00834ACE" w:rsidRDefault="0036510D">
      <w:r>
        <w:t>B) 2030</w:t>
      </w:r>
    </w:p>
    <w:p w14:paraId="0173C579" w14:textId="77777777" w:rsidR="00834ACE" w:rsidRDefault="0036510D">
      <w:r>
        <w:t>C) 2035</w:t>
      </w:r>
    </w:p>
    <w:p w14:paraId="516B51AD" w14:textId="77777777" w:rsidR="00834ACE" w:rsidRDefault="0036510D">
      <w:r>
        <w:t>D) 2040</w:t>
      </w:r>
    </w:p>
    <w:p w14:paraId="1D2945D3" w14:textId="77777777" w:rsidR="00834ACE" w:rsidRDefault="0036510D">
      <w:r>
        <w:t>Answer: B</w:t>
      </w:r>
    </w:p>
    <w:p w14:paraId="536864C7" w14:textId="77777777" w:rsidR="00834ACE" w:rsidRDefault="00834ACE"/>
    <w:p w14:paraId="66EEF7D0" w14:textId="77777777" w:rsidR="00834ACE" w:rsidRDefault="0036510D">
      <w:r>
        <w:t>20. The first 95 target means:</w:t>
      </w:r>
    </w:p>
    <w:p w14:paraId="78A5D860" w14:textId="77777777" w:rsidR="00834ACE" w:rsidRDefault="0036510D">
      <w:r>
        <w:t>A) 95% viral suppression</w:t>
      </w:r>
    </w:p>
    <w:p w14:paraId="0D6AD7B5" w14:textId="77777777" w:rsidR="00834ACE" w:rsidRDefault="0036510D">
      <w:r>
        <w:t>B) 95% know their HIV status</w:t>
      </w:r>
    </w:p>
    <w:p w14:paraId="56E205C2" w14:textId="77777777" w:rsidR="00834ACE" w:rsidRDefault="0036510D">
      <w:r>
        <w:t>C) 95% on treatment</w:t>
      </w:r>
    </w:p>
    <w:p w14:paraId="3803B67F" w14:textId="77777777" w:rsidR="00834ACE" w:rsidRDefault="0036510D">
      <w:r>
        <w:t>D) 95% cured</w:t>
      </w:r>
    </w:p>
    <w:p w14:paraId="017D09DF" w14:textId="77777777" w:rsidR="00834ACE" w:rsidRDefault="0036510D">
      <w:r>
        <w:t>Answer: B</w:t>
      </w:r>
    </w:p>
    <w:p w14:paraId="34F05A6C" w14:textId="77777777" w:rsidR="00834ACE" w:rsidRDefault="00834ACE"/>
    <w:p w14:paraId="03C9B3BC" w14:textId="77777777" w:rsidR="00834ACE" w:rsidRDefault="0036510D">
      <w:r>
        <w:t>21. According to 2022 data, what percentage of people living with HIV knew their status?</w:t>
      </w:r>
    </w:p>
    <w:p w14:paraId="6C00F1BF" w14:textId="77777777" w:rsidR="00834ACE" w:rsidRDefault="0036510D">
      <w:r>
        <w:t>A) 86%</w:t>
      </w:r>
    </w:p>
    <w:p w14:paraId="7B4728A7" w14:textId="77777777" w:rsidR="00834ACE" w:rsidRDefault="0036510D">
      <w:r>
        <w:t>B) 89%</w:t>
      </w:r>
    </w:p>
    <w:p w14:paraId="73EF8547" w14:textId="77777777" w:rsidR="00834ACE" w:rsidRDefault="0036510D">
      <w:r>
        <w:t>C) 93%</w:t>
      </w:r>
    </w:p>
    <w:p w14:paraId="46D8E350" w14:textId="77777777" w:rsidR="00834ACE" w:rsidRDefault="0036510D">
      <w:r>
        <w:t>D) 95%</w:t>
      </w:r>
    </w:p>
    <w:p w14:paraId="09954AE8" w14:textId="77777777" w:rsidR="00834ACE" w:rsidRDefault="0036510D">
      <w:r>
        <w:t>Answer: A</w:t>
      </w:r>
    </w:p>
    <w:p w14:paraId="3F676DC3" w14:textId="77777777" w:rsidR="00834ACE" w:rsidRDefault="00834ACE"/>
    <w:p w14:paraId="7DEAB69D" w14:textId="77777777" w:rsidR="00834ACE" w:rsidRDefault="0036510D">
      <w:r>
        <w:t>22. Serological HIV tests detect:</w:t>
      </w:r>
    </w:p>
    <w:p w14:paraId="306CB101" w14:textId="77777777" w:rsidR="00834ACE" w:rsidRDefault="0036510D">
      <w:r>
        <w:t>A) HIV DNA directly</w:t>
      </w:r>
    </w:p>
    <w:p w14:paraId="54CF3287" w14:textId="77777777" w:rsidR="00834ACE" w:rsidRDefault="0036510D">
      <w:r>
        <w:t>B) HIV proteins only</w:t>
      </w:r>
    </w:p>
    <w:p w14:paraId="2BD2439B" w14:textId="77777777" w:rsidR="00834ACE" w:rsidRDefault="0036510D">
      <w:r>
        <w:t>C) Antibodies to HIV antigens</w:t>
      </w:r>
    </w:p>
    <w:p w14:paraId="3C784DA0" w14:textId="77777777" w:rsidR="00834ACE" w:rsidRDefault="0036510D">
      <w:r>
        <w:t>D) CD4 cells</w:t>
      </w:r>
    </w:p>
    <w:p w14:paraId="6E46D56E" w14:textId="77777777" w:rsidR="00834ACE" w:rsidRDefault="0036510D">
      <w:r>
        <w:t>Answer: C</w:t>
      </w:r>
    </w:p>
    <w:p w14:paraId="2E76C2CA" w14:textId="77777777" w:rsidR="00834ACE" w:rsidRDefault="00834ACE"/>
    <w:p w14:paraId="1D1B9388" w14:textId="77777777" w:rsidR="00834ACE" w:rsidRDefault="0036510D">
      <w:r>
        <w:t>23. Most individuals develop detectable antibodies to HIV-1/2 within:</w:t>
      </w:r>
    </w:p>
    <w:p w14:paraId="45F77B35" w14:textId="77777777" w:rsidR="00834ACE" w:rsidRDefault="0036510D">
      <w:r>
        <w:t>A) 7 days</w:t>
      </w:r>
    </w:p>
    <w:p w14:paraId="423E7FF0" w14:textId="77777777" w:rsidR="00834ACE" w:rsidRDefault="0036510D">
      <w:r>
        <w:t>B) 14 days</w:t>
      </w:r>
    </w:p>
    <w:p w14:paraId="72BEF24D" w14:textId="77777777" w:rsidR="00834ACE" w:rsidRDefault="0036510D">
      <w:r>
        <w:t>C) 28 days</w:t>
      </w:r>
    </w:p>
    <w:p w14:paraId="22626531" w14:textId="77777777" w:rsidR="00834ACE" w:rsidRDefault="0036510D">
      <w:r>
        <w:t>D) 90 days</w:t>
      </w:r>
    </w:p>
    <w:p w14:paraId="33D0CDF6" w14:textId="77777777" w:rsidR="00834ACE" w:rsidRDefault="0036510D">
      <w:r>
        <w:t>Answer: C</w:t>
      </w:r>
    </w:p>
    <w:p w14:paraId="6C7A22F1" w14:textId="77777777" w:rsidR="00834ACE" w:rsidRDefault="00834ACE"/>
    <w:p w14:paraId="249B69D2" w14:textId="77777777" w:rsidR="00834ACE" w:rsidRDefault="0036510D">
      <w:r>
        <w:t>24. The period before antibodies become detectable is called:</w:t>
      </w:r>
    </w:p>
    <w:p w14:paraId="793750E9" w14:textId="77777777" w:rsidR="00834ACE" w:rsidRDefault="0036510D">
      <w:r>
        <w:t>A) Latency period</w:t>
      </w:r>
    </w:p>
    <w:p w14:paraId="5A28009D" w14:textId="77777777" w:rsidR="00834ACE" w:rsidRDefault="0036510D">
      <w:r>
        <w:t>B) Incubation period</w:t>
      </w:r>
    </w:p>
    <w:p w14:paraId="4BAC7E8C" w14:textId="77777777" w:rsidR="00834ACE" w:rsidRDefault="0036510D">
      <w:r>
        <w:t>C) Window period</w:t>
      </w:r>
    </w:p>
    <w:p w14:paraId="337F8FD6" w14:textId="77777777" w:rsidR="00834ACE" w:rsidRDefault="0036510D">
      <w:r>
        <w:t>D) Dormant phase</w:t>
      </w:r>
    </w:p>
    <w:p w14:paraId="3FBDC974" w14:textId="77777777" w:rsidR="00834ACE" w:rsidRDefault="0036510D">
      <w:r>
        <w:t>Answer: C</w:t>
      </w:r>
    </w:p>
    <w:p w14:paraId="6EE63045" w14:textId="77777777" w:rsidR="00834ACE" w:rsidRDefault="00834ACE"/>
    <w:p w14:paraId="0FD6ABB3" w14:textId="77777777" w:rsidR="00834ACE" w:rsidRDefault="0036510D">
      <w:r>
        <w:t>25. The WHO-recommended 5 C's include all EXCEPT:</w:t>
      </w:r>
    </w:p>
    <w:p w14:paraId="3985A368" w14:textId="77777777" w:rsidR="00834ACE" w:rsidRDefault="0036510D">
      <w:r>
        <w:t>A) Consent</w:t>
      </w:r>
    </w:p>
    <w:p w14:paraId="56DA9B28" w14:textId="77777777" w:rsidR="00834ACE" w:rsidRDefault="0036510D">
      <w:r>
        <w:t>B) Confidentiality</w:t>
      </w:r>
    </w:p>
    <w:p w14:paraId="1B7F2739" w14:textId="77777777" w:rsidR="00834ACE" w:rsidRDefault="0036510D">
      <w:r>
        <w:t>C) Counselling</w:t>
      </w:r>
    </w:p>
    <w:p w14:paraId="78107970" w14:textId="77777777" w:rsidR="00834ACE" w:rsidRDefault="0036510D">
      <w:r>
        <w:t>D) Compulsory testing</w:t>
      </w:r>
    </w:p>
    <w:p w14:paraId="2B0FC5AF" w14:textId="77777777" w:rsidR="00834ACE" w:rsidRDefault="0036510D">
      <w:r>
        <w:t>Answer: D</w:t>
      </w:r>
    </w:p>
    <w:p w14:paraId="171F9821" w14:textId="77777777" w:rsidR="00834ACE" w:rsidRDefault="00834ACE"/>
    <w:p w14:paraId="321BDD64" w14:textId="77777777" w:rsidR="00834ACE" w:rsidRDefault="0036510D">
      <w:r>
        <w:t>26. HIV self-testing provides:</w:t>
      </w:r>
    </w:p>
    <w:p w14:paraId="72091007" w14:textId="77777777" w:rsidR="00834ACE" w:rsidRDefault="0036510D">
      <w:r>
        <w:t>A) A definitive diagnosis</w:t>
      </w:r>
    </w:p>
    <w:p w14:paraId="60B8E06A" w14:textId="77777777" w:rsidR="00834ACE" w:rsidRDefault="0036510D">
      <w:r>
        <w:t>B) An initial screening result</w:t>
      </w:r>
    </w:p>
    <w:p w14:paraId="2F8636B9" w14:textId="77777777" w:rsidR="00834ACE" w:rsidRDefault="0036510D">
      <w:r>
        <w:t>C) CD4 count</w:t>
      </w:r>
    </w:p>
    <w:p w14:paraId="4AEE267B" w14:textId="77777777" w:rsidR="00834ACE" w:rsidRDefault="0036510D">
      <w:r>
        <w:lastRenderedPageBreak/>
        <w:t>D) Viral suppression status</w:t>
      </w:r>
    </w:p>
    <w:p w14:paraId="2D471D45" w14:textId="77777777" w:rsidR="00834ACE" w:rsidRDefault="0036510D">
      <w:r>
        <w:t>Answer: B</w:t>
      </w:r>
    </w:p>
    <w:p w14:paraId="1C3A98B7" w14:textId="77777777" w:rsidR="00834ACE" w:rsidRDefault="00834ACE"/>
    <w:p w14:paraId="0F01643F" w14:textId="77777777" w:rsidR="00834ACE" w:rsidRDefault="0036510D">
      <w:r>
        <w:t>27. PrEP stands for:</w:t>
      </w:r>
    </w:p>
    <w:p w14:paraId="436F8E77" w14:textId="77777777" w:rsidR="00834ACE" w:rsidRDefault="0036510D">
      <w:r>
        <w:t>A) Post-exposure prophylaxis</w:t>
      </w:r>
    </w:p>
    <w:p w14:paraId="29B9534F" w14:textId="77777777" w:rsidR="00834ACE" w:rsidRDefault="0036510D">
      <w:r>
        <w:t>B) Pre-exposure prophylaxis</w:t>
      </w:r>
    </w:p>
    <w:p w14:paraId="45BDBCA4" w14:textId="77777777" w:rsidR="00834ACE" w:rsidRDefault="0036510D">
      <w:r>
        <w:t>C) Primary exposure prevention</w:t>
      </w:r>
    </w:p>
    <w:p w14:paraId="1AFAA93C" w14:textId="77777777" w:rsidR="00834ACE" w:rsidRDefault="0036510D">
      <w:r>
        <w:t>D) Preventive exposure protocol</w:t>
      </w:r>
    </w:p>
    <w:p w14:paraId="1D3B2B7B" w14:textId="77777777" w:rsidR="00834ACE" w:rsidRDefault="0036510D">
      <w:r>
        <w:t>Answer: B</w:t>
      </w:r>
    </w:p>
    <w:p w14:paraId="01FFC882" w14:textId="77777777" w:rsidR="00834ACE" w:rsidRDefault="00834ACE"/>
    <w:p w14:paraId="4CBBC6E4" w14:textId="77777777" w:rsidR="00834ACE" w:rsidRDefault="0036510D">
      <w:r>
        <w:t>28. PEP is best described as:</w:t>
      </w:r>
    </w:p>
    <w:p w14:paraId="5ACA045A" w14:textId="77777777" w:rsidR="00834ACE" w:rsidRDefault="0036510D">
      <w:r>
        <w:t>A) Prevention before exposure</w:t>
      </w:r>
    </w:p>
    <w:p w14:paraId="1315D447" w14:textId="77777777" w:rsidR="00834ACE" w:rsidRDefault="0036510D">
      <w:r>
        <w:t>B) Treatment of AIDS</w:t>
      </w:r>
    </w:p>
    <w:p w14:paraId="477D6AA1" w14:textId="77777777" w:rsidR="00834ACE" w:rsidRDefault="0036510D">
      <w:r>
        <w:t>C) Post-exposure prophylaxis</w:t>
      </w:r>
    </w:p>
    <w:p w14:paraId="31707D3A" w14:textId="77777777" w:rsidR="00834ACE" w:rsidRDefault="0036510D">
      <w:r>
        <w:t>D) A diagnostic test</w:t>
      </w:r>
    </w:p>
    <w:p w14:paraId="4380F2A3" w14:textId="77777777" w:rsidR="00834ACE" w:rsidRDefault="0036510D">
      <w:r>
        <w:t>Answer: C</w:t>
      </w:r>
    </w:p>
    <w:p w14:paraId="44E92584" w14:textId="77777777" w:rsidR="00834ACE" w:rsidRDefault="00834ACE"/>
    <w:sectPr w:rsidR="00834AC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19521876">
    <w:abstractNumId w:val="8"/>
  </w:num>
  <w:num w:numId="2" w16cid:durableId="1048188892">
    <w:abstractNumId w:val="6"/>
  </w:num>
  <w:num w:numId="3" w16cid:durableId="1071004573">
    <w:abstractNumId w:val="5"/>
  </w:num>
  <w:num w:numId="4" w16cid:durableId="18164474">
    <w:abstractNumId w:val="4"/>
  </w:num>
  <w:num w:numId="5" w16cid:durableId="1064184924">
    <w:abstractNumId w:val="7"/>
  </w:num>
  <w:num w:numId="6" w16cid:durableId="1783838207">
    <w:abstractNumId w:val="3"/>
  </w:num>
  <w:num w:numId="7" w16cid:durableId="1087732270">
    <w:abstractNumId w:val="2"/>
  </w:num>
  <w:num w:numId="8" w16cid:durableId="1534921930">
    <w:abstractNumId w:val="1"/>
  </w:num>
  <w:num w:numId="9" w16cid:durableId="2032607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6510D"/>
    <w:rsid w:val="00834ACE"/>
    <w:rsid w:val="009A271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0CE94B"/>
  <w14:defaultImageDpi w14:val="300"/>
  <w15:docId w15:val="{92A4CB7B-F257-4C40-A023-6737BF07D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3749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LUJAIN MOHAMMAD AZZAM AL QADI</cp:lastModifiedBy>
  <cp:revision>2</cp:revision>
  <dcterms:created xsi:type="dcterms:W3CDTF">2026-06-10T15:07:00Z</dcterms:created>
  <dcterms:modified xsi:type="dcterms:W3CDTF">2026-06-10T15:07:00Z</dcterms:modified>
  <cp:category/>
</cp:coreProperties>
</file>